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2D0D3" w14:textId="77777777" w:rsidR="003B2960" w:rsidRPr="00621403" w:rsidRDefault="003B2960" w:rsidP="00563360">
      <w:pPr>
        <w:spacing w:before="160" w:after="160" w:line="276" w:lineRule="auto"/>
        <w:rPr>
          <w:rFonts w:cs="Arial"/>
          <w:sz w:val="24"/>
          <w:szCs w:val="24"/>
        </w:rPr>
      </w:pPr>
    </w:p>
    <w:p w14:paraId="1B54650C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38470F13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1A0468C3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77AAC3D4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23140881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071B626A" w14:textId="77777777" w:rsidR="00225DC2" w:rsidRPr="00621403" w:rsidRDefault="00225DC2" w:rsidP="00563360">
      <w:pPr>
        <w:pStyle w:val="Title"/>
        <w:spacing w:before="160" w:after="160" w:line="276" w:lineRule="auto"/>
        <w:jc w:val="center"/>
        <w:rPr>
          <w:rFonts w:ascii="Arial" w:hAnsi="Arial" w:cs="Arial"/>
          <w:sz w:val="24"/>
          <w:szCs w:val="24"/>
        </w:rPr>
      </w:pPr>
    </w:p>
    <w:p w14:paraId="796992FD" w14:textId="1B80ACFF" w:rsidR="006D2849" w:rsidRPr="00621403" w:rsidRDefault="003F5B1B" w:rsidP="00621403">
      <w:pPr>
        <w:pStyle w:val="Title"/>
        <w:jc w:val="center"/>
        <w:rPr>
          <w:rFonts w:ascii="Arial" w:hAnsi="Arial" w:cs="Arial"/>
          <w:sz w:val="24"/>
          <w:szCs w:val="24"/>
        </w:rPr>
      </w:pPr>
      <w:proofErr w:type="spellStart"/>
      <w:r w:rsidRPr="00621403">
        <w:rPr>
          <w:rFonts w:ascii="Arial" w:hAnsi="Arial" w:cs="Arial"/>
          <w:sz w:val="24"/>
          <w:szCs w:val="24"/>
        </w:rPr>
        <w:t>Cynllun</w:t>
      </w:r>
      <w:proofErr w:type="spellEnd"/>
      <w:r w:rsidRPr="00621403">
        <w:rPr>
          <w:rFonts w:ascii="Arial" w:hAnsi="Arial" w:cs="Arial"/>
          <w:sz w:val="24"/>
          <w:szCs w:val="24"/>
        </w:rPr>
        <w:t xml:space="preserve"> Grantiau </w:t>
      </w:r>
      <w:proofErr w:type="spellStart"/>
      <w:r w:rsidRPr="00621403">
        <w:rPr>
          <w:rFonts w:ascii="Arial" w:hAnsi="Arial" w:cs="Arial"/>
          <w:sz w:val="24"/>
          <w:szCs w:val="24"/>
        </w:rPr>
        <w:t>Trydydd</w:t>
      </w:r>
      <w:proofErr w:type="spellEnd"/>
      <w:r w:rsidRPr="00621403">
        <w:rPr>
          <w:rFonts w:ascii="Arial" w:hAnsi="Arial" w:cs="Arial"/>
          <w:sz w:val="24"/>
          <w:szCs w:val="24"/>
        </w:rPr>
        <w:t xml:space="preserve"> Sector C</w:t>
      </w:r>
      <w:r w:rsidR="001C6A00" w:rsidRPr="00621403">
        <w:rPr>
          <w:rFonts w:ascii="Arial" w:hAnsi="Arial" w:cs="Arial"/>
          <w:sz w:val="24"/>
          <w:szCs w:val="24"/>
        </w:rPr>
        <w:t xml:space="preserve">NPT </w:t>
      </w:r>
      <w:proofErr w:type="spellStart"/>
      <w:r w:rsidRPr="00621403">
        <w:rPr>
          <w:rFonts w:ascii="Arial" w:hAnsi="Arial" w:cs="Arial"/>
          <w:sz w:val="24"/>
          <w:szCs w:val="24"/>
        </w:rPr>
        <w:t>Wedi'i</w:t>
      </w:r>
      <w:proofErr w:type="spellEnd"/>
      <w:r w:rsidRPr="006214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1403">
        <w:rPr>
          <w:rFonts w:ascii="Arial" w:hAnsi="Arial" w:cs="Arial"/>
          <w:sz w:val="24"/>
          <w:szCs w:val="24"/>
        </w:rPr>
        <w:t>Adolygu</w:t>
      </w:r>
      <w:proofErr w:type="spellEnd"/>
      <w:r w:rsidR="006D2849" w:rsidRPr="00621403">
        <w:rPr>
          <w:rFonts w:ascii="Arial" w:hAnsi="Arial" w:cs="Arial"/>
          <w:sz w:val="24"/>
          <w:szCs w:val="24"/>
        </w:rPr>
        <w:t xml:space="preserve">– </w:t>
      </w:r>
    </w:p>
    <w:p w14:paraId="2C81CE33" w14:textId="288FA82E" w:rsidR="003B2960" w:rsidRPr="00621403" w:rsidRDefault="001C6A00" w:rsidP="00621403">
      <w:pPr>
        <w:pStyle w:val="Title"/>
        <w:jc w:val="center"/>
        <w:rPr>
          <w:rFonts w:ascii="Arial" w:hAnsi="Arial" w:cs="Arial"/>
          <w:sz w:val="24"/>
          <w:szCs w:val="24"/>
        </w:rPr>
      </w:pPr>
      <w:r w:rsidRPr="00621403">
        <w:rPr>
          <w:rFonts w:ascii="Arial" w:hAnsi="Arial" w:cs="Arial"/>
          <w:sz w:val="24"/>
          <w:szCs w:val="24"/>
        </w:rPr>
        <w:t>(</w:t>
      </w:r>
      <w:r w:rsidR="003F5B1B" w:rsidRPr="00621403">
        <w:rPr>
          <w:rFonts w:ascii="Arial" w:hAnsi="Arial" w:cs="Arial"/>
          <w:sz w:val="24"/>
          <w:szCs w:val="24"/>
        </w:rPr>
        <w:t>Medi</w:t>
      </w:r>
      <w:r w:rsidR="006D2849" w:rsidRPr="00621403">
        <w:rPr>
          <w:rFonts w:ascii="Arial" w:hAnsi="Arial" w:cs="Arial"/>
          <w:sz w:val="24"/>
          <w:szCs w:val="24"/>
        </w:rPr>
        <w:t xml:space="preserve"> 2026)</w:t>
      </w:r>
    </w:p>
    <w:p w14:paraId="0F48FB4D" w14:textId="77777777" w:rsidR="006D2849" w:rsidRPr="00621403" w:rsidRDefault="006D2849" w:rsidP="00563360">
      <w:pPr>
        <w:spacing w:before="160" w:after="160" w:line="276" w:lineRule="auto"/>
        <w:rPr>
          <w:rFonts w:cs="Arial"/>
          <w:sz w:val="24"/>
          <w:szCs w:val="24"/>
        </w:rPr>
      </w:pPr>
    </w:p>
    <w:p w14:paraId="552B5F54" w14:textId="77777777" w:rsidR="00225DC2" w:rsidRPr="00621403" w:rsidRDefault="00225DC2" w:rsidP="00563360">
      <w:pPr>
        <w:spacing w:before="160" w:after="160" w:line="276" w:lineRule="auto"/>
        <w:rPr>
          <w:rFonts w:cs="Arial"/>
          <w:sz w:val="24"/>
          <w:szCs w:val="24"/>
        </w:rPr>
      </w:pPr>
    </w:p>
    <w:p w14:paraId="4DCDC851" w14:textId="77777777" w:rsidR="003B2960" w:rsidRPr="00621403" w:rsidRDefault="00A240CD" w:rsidP="00563360">
      <w:pPr>
        <w:spacing w:before="160" w:after="160" w:line="276" w:lineRule="auto"/>
        <w:rPr>
          <w:rFonts w:cs="Arial"/>
          <w:sz w:val="24"/>
          <w:szCs w:val="24"/>
        </w:rPr>
      </w:pPr>
      <w:r w:rsidRPr="00621403">
        <w:rPr>
          <w:rFonts w:cs="Arial"/>
          <w:sz w:val="24"/>
          <w:szCs w:val="24"/>
        </w:rPr>
        <w:br w:type="page"/>
      </w:r>
    </w:p>
    <w:p w14:paraId="7EA7618C" w14:textId="77777777" w:rsidR="00225DC2" w:rsidRPr="00621403" w:rsidRDefault="00225DC2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id w:val="-13888874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6A6DCFF" w14:textId="77777777" w:rsidR="00116038" w:rsidRPr="00621403" w:rsidRDefault="00116038" w:rsidP="00563360">
          <w:pPr>
            <w:pStyle w:val="TOCHeading"/>
            <w:spacing w:before="160" w:after="160" w:line="276" w:lineRule="auto"/>
            <w:rPr>
              <w:rFonts w:ascii="Arial" w:hAnsi="Arial" w:cs="Arial"/>
              <w:sz w:val="24"/>
              <w:szCs w:val="24"/>
            </w:rPr>
          </w:pPr>
        </w:p>
        <w:p w14:paraId="4B23E92B" w14:textId="1A548148" w:rsidR="00116038" w:rsidRPr="00621403" w:rsidRDefault="003F5B1B" w:rsidP="00563360">
          <w:pPr>
            <w:pStyle w:val="TOCHeading"/>
            <w:spacing w:before="160" w:after="160" w:line="276" w:lineRule="auto"/>
            <w:rPr>
              <w:rFonts w:ascii="Arial" w:hAnsi="Arial" w:cs="Arial"/>
              <w:sz w:val="24"/>
              <w:szCs w:val="24"/>
            </w:rPr>
          </w:pPr>
          <w:proofErr w:type="spellStart"/>
          <w:r w:rsidRPr="00621403">
            <w:rPr>
              <w:rFonts w:ascii="Arial" w:hAnsi="Arial" w:cs="Arial"/>
              <w:sz w:val="24"/>
              <w:szCs w:val="24"/>
            </w:rPr>
            <w:t>Cynnwys</w:t>
          </w:r>
          <w:proofErr w:type="spellEnd"/>
        </w:p>
        <w:p w14:paraId="2DA96288" w14:textId="1B2CFCBF" w:rsidR="008C5F02" w:rsidRPr="00621403" w:rsidRDefault="00116038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621403">
            <w:rPr>
              <w:rFonts w:cs="Arial"/>
              <w:sz w:val="24"/>
              <w:szCs w:val="24"/>
            </w:rPr>
            <w:fldChar w:fldCharType="begin"/>
          </w:r>
          <w:r w:rsidRPr="00621403">
            <w:rPr>
              <w:rFonts w:cs="Arial"/>
              <w:sz w:val="24"/>
              <w:szCs w:val="24"/>
            </w:rPr>
            <w:instrText xml:space="preserve"> TOC \o "1-3" \h \z \u </w:instrText>
          </w:r>
          <w:r w:rsidRPr="00621403">
            <w:rPr>
              <w:rFonts w:cs="Arial"/>
              <w:sz w:val="24"/>
              <w:szCs w:val="24"/>
            </w:rPr>
            <w:fldChar w:fldCharType="separate"/>
          </w:r>
          <w:hyperlink w:anchor="_Toc240874156" w:history="1">
            <w:r w:rsidR="008C5F02"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1. </w:t>
            </w:r>
            <w:r w:rsidR="003F5B1B" w:rsidRPr="00621403">
              <w:rPr>
                <w:rStyle w:val="Hyperlink"/>
                <w:rFonts w:cs="Arial"/>
                <w:noProof/>
                <w:sz w:val="24"/>
                <w:szCs w:val="24"/>
              </w:rPr>
              <w:t>Cyflwyniad</w:t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_Toc240874156 \h </w:instrText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t>3</w:t>
            </w:r>
            <w:r w:rsidR="008C5F02"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35BF11" w14:textId="539F8C14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57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2.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Pam fod Cynllun Grant y Trydydd Sector wedi newid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_Toc240874157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3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EFC9D6" w14:textId="27A9F86D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58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3.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Diben ac egwyddorion y cynllun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_Toc240874158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3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1F0EB5" w14:textId="441AAF33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59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4.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Model gweithredu: Grant Sefydlogrwydd 3+2 flynedd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_Toc240874159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4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83E1CF" w14:textId="6EDC3A96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0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5.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Blaenoriaethau strategol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_Toc240874160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4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7ABAE9" w14:textId="13EAA496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1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6.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Pwy all wneud cais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_Toc240874161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5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614818" w14:textId="34EFCAD4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2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7.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Yr hyn y bydd y Cynllun yn ei ariannu a'r hyn na fydd yn ei ariannu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_Toc240874162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5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17BD8E" w14:textId="0DC51A26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3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8.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Meini prawf ariannol a rheolaethau ariannu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_Toc240874163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6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CF9560" w14:textId="447667A1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4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9.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Sut y caiff ceisiadau eu hasesu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_Toc240874164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6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A264D6" w14:textId="5D59A48F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5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10.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Cytundebau grant, monitro ac adolygu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_Toc240874165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7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0331DE" w14:textId="373EE088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6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11.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Cyfathrebu, adborth a chymorth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_Toc240874166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7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9D0077" w14:textId="75581ABA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7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12.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Llywodraethu, risg ac ystyriaethau statudol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_Toc240874167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7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27C7DF" w14:textId="697763AD" w:rsidR="008C5F02" w:rsidRPr="00621403" w:rsidRDefault="008C5F02" w:rsidP="00563360">
          <w:pPr>
            <w:pStyle w:val="TOC1"/>
            <w:tabs>
              <w:tab w:val="right" w:leader="dot" w:pos="10214"/>
            </w:tabs>
            <w:spacing w:before="160" w:after="160" w:line="276" w:lineRule="auto"/>
            <w:rPr>
              <w:rFonts w:eastAsiaTheme="minorEastAsia" w:cs="Arial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874168" w:history="1">
            <w:r w:rsidRPr="00621403">
              <w:rPr>
                <w:rStyle w:val="Hyperlink"/>
                <w:rFonts w:cs="Arial"/>
                <w:noProof/>
                <w:sz w:val="24"/>
                <w:szCs w:val="24"/>
              </w:rPr>
              <w:t xml:space="preserve">13. </w:t>
            </w:r>
            <w:r w:rsidR="003F5B1B"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Effaith / effeithiau ar yr iaith Gymraeg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_Toc240874168 \h </w:instrTex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t>8</w:t>
            </w:r>
            <w:r w:rsidRPr="00621403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B4F4E2" w14:textId="5A2B8C8D" w:rsidR="00116038" w:rsidRPr="00621403" w:rsidRDefault="00116038" w:rsidP="00563360">
          <w:pPr>
            <w:spacing w:before="160" w:after="160" w:line="276" w:lineRule="auto"/>
            <w:rPr>
              <w:rFonts w:cs="Arial"/>
              <w:sz w:val="24"/>
              <w:szCs w:val="24"/>
            </w:rPr>
          </w:pPr>
          <w:r w:rsidRPr="00621403">
            <w:rPr>
              <w:rFonts w:cs="Arial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3568CA6" w14:textId="6416567D" w:rsidR="003B2960" w:rsidRPr="00621403" w:rsidRDefault="00A240CD" w:rsidP="00563360">
      <w:pPr>
        <w:spacing w:before="160" w:after="160" w:line="276" w:lineRule="auto"/>
        <w:rPr>
          <w:rFonts w:cs="Arial"/>
          <w:sz w:val="24"/>
          <w:szCs w:val="24"/>
        </w:rPr>
      </w:pPr>
      <w:r w:rsidRPr="00621403">
        <w:rPr>
          <w:rFonts w:cs="Arial"/>
          <w:sz w:val="24"/>
          <w:szCs w:val="24"/>
        </w:rPr>
        <w:br w:type="page"/>
      </w:r>
    </w:p>
    <w:p w14:paraId="44405272" w14:textId="77777777" w:rsidR="006D2849" w:rsidRPr="00621403" w:rsidRDefault="006D2849" w:rsidP="00563360">
      <w:pPr>
        <w:pStyle w:val="Heading1"/>
        <w:spacing w:before="160" w:after="160" w:line="276" w:lineRule="auto"/>
        <w:rPr>
          <w:rFonts w:ascii="Arial" w:hAnsi="Arial" w:cs="Arial"/>
          <w:b w:val="0"/>
          <w:sz w:val="24"/>
          <w:szCs w:val="24"/>
        </w:rPr>
      </w:pPr>
    </w:p>
    <w:p w14:paraId="3A5E8D14" w14:textId="2D72E912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b w:val="0"/>
          <w:sz w:val="24"/>
          <w:szCs w:val="24"/>
        </w:rPr>
      </w:pPr>
      <w:bookmarkStart w:id="0" w:name="_Toc240874156"/>
      <w:bookmarkStart w:id="1" w:name="Intro"/>
      <w:r w:rsidRPr="00621403">
        <w:rPr>
          <w:rFonts w:ascii="Arial" w:hAnsi="Arial" w:cs="Arial"/>
          <w:b w:val="0"/>
          <w:sz w:val="24"/>
          <w:szCs w:val="24"/>
        </w:rPr>
        <w:t xml:space="preserve">1. </w:t>
      </w:r>
      <w:bookmarkEnd w:id="0"/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Cyflwyniad</w:t>
      </w:r>
      <w:proofErr w:type="spellEnd"/>
      <w:r w:rsidRPr="00621403">
        <w:rPr>
          <w:rFonts w:ascii="Arial" w:hAnsi="Arial" w:cs="Arial"/>
          <w:b w:val="0"/>
          <w:sz w:val="24"/>
          <w:szCs w:val="24"/>
        </w:rPr>
        <w:t xml:space="preserve"> </w:t>
      </w:r>
      <w:bookmarkEnd w:id="1"/>
    </w:p>
    <w:p w14:paraId="6BFF3F24" w14:textId="2227BB9F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Datblygwyd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Grantiau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i'r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Trydydd</w:t>
      </w:r>
      <w:proofErr w:type="spellEnd"/>
      <w:r w:rsidRPr="00621403">
        <w:rPr>
          <w:rFonts w:cs="Arial"/>
          <w:sz w:val="24"/>
          <w:szCs w:val="24"/>
        </w:rPr>
        <w:t xml:space="preserve"> Sector </w:t>
      </w:r>
      <w:proofErr w:type="spellStart"/>
      <w:r w:rsidRPr="00621403">
        <w:rPr>
          <w:rFonts w:cs="Arial"/>
          <w:sz w:val="24"/>
          <w:szCs w:val="24"/>
        </w:rPr>
        <w:t>diwygiedig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hwn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dilyn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adolygiad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gynllun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presennol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, ac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sgil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ymgysylltu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ymgynghori</w:t>
      </w:r>
      <w:proofErr w:type="spellEnd"/>
      <w:r w:rsidRPr="00621403">
        <w:rPr>
          <w:rFonts w:cs="Arial"/>
          <w:sz w:val="24"/>
          <w:szCs w:val="24"/>
        </w:rPr>
        <w:t xml:space="preserve"> â </w:t>
      </w:r>
      <w:proofErr w:type="spellStart"/>
      <w:r w:rsidRPr="00621403">
        <w:rPr>
          <w:rFonts w:cs="Arial"/>
          <w:sz w:val="24"/>
          <w:szCs w:val="24"/>
        </w:rPr>
        <w:t>sefydliadau'r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trydydd</w:t>
      </w:r>
      <w:proofErr w:type="spellEnd"/>
      <w:r w:rsidRPr="00621403">
        <w:rPr>
          <w:rFonts w:cs="Arial"/>
          <w:sz w:val="24"/>
          <w:szCs w:val="24"/>
        </w:rPr>
        <w:t xml:space="preserve"> sector, </w:t>
      </w:r>
      <w:proofErr w:type="spellStart"/>
      <w:r w:rsidRPr="00621403">
        <w:rPr>
          <w:rFonts w:cs="Arial"/>
          <w:sz w:val="24"/>
          <w:szCs w:val="24"/>
        </w:rPr>
        <w:t>Aelodau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swyddogion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0977EF2D" w14:textId="35B92320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2" w:name="_2._Why_the"/>
      <w:bookmarkStart w:id="3" w:name="Why"/>
      <w:bookmarkStart w:id="4" w:name="_Toc240874157"/>
      <w:bookmarkEnd w:id="2"/>
      <w:r w:rsidRPr="00621403">
        <w:rPr>
          <w:rFonts w:ascii="Arial" w:hAnsi="Arial" w:cs="Arial"/>
          <w:b w:val="0"/>
          <w:sz w:val="24"/>
          <w:szCs w:val="24"/>
        </w:rPr>
        <w:t xml:space="preserve">2. </w:t>
      </w:r>
      <w:bookmarkEnd w:id="3"/>
      <w:bookmarkEnd w:id="4"/>
      <w:r w:rsidR="003F5B1B" w:rsidRPr="00621403">
        <w:rPr>
          <w:rFonts w:ascii="Arial" w:hAnsi="Arial" w:cs="Arial"/>
          <w:b w:val="0"/>
          <w:sz w:val="24"/>
          <w:szCs w:val="24"/>
        </w:rPr>
        <w:t xml:space="preserve">Pam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fod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Cynllun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Grant y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Trydydd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Sector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wedi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newid</w:t>
      </w:r>
      <w:proofErr w:type="spellEnd"/>
    </w:p>
    <w:p w14:paraId="75D1DCB4" w14:textId="77777777" w:rsidR="00563360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Cymeradwywyd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Grantiau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i'r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Trydydd</w:t>
      </w:r>
      <w:proofErr w:type="spellEnd"/>
      <w:r w:rsidRPr="00621403">
        <w:rPr>
          <w:rFonts w:cs="Arial"/>
          <w:sz w:val="24"/>
          <w:szCs w:val="24"/>
        </w:rPr>
        <w:t xml:space="preserve"> Sector </w:t>
      </w:r>
      <w:proofErr w:type="spellStart"/>
      <w:r w:rsidRPr="00621403">
        <w:rPr>
          <w:rFonts w:cs="Arial"/>
          <w:sz w:val="24"/>
          <w:szCs w:val="24"/>
        </w:rPr>
        <w:t>presennol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un </w:t>
      </w:r>
      <w:proofErr w:type="spellStart"/>
      <w:r w:rsidRPr="00621403">
        <w:rPr>
          <w:rFonts w:cs="Arial"/>
          <w:sz w:val="24"/>
          <w:szCs w:val="24"/>
        </w:rPr>
        <w:t>disgresiynol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2015. </w:t>
      </w:r>
      <w:proofErr w:type="spellStart"/>
      <w:r w:rsidRPr="00621403">
        <w:rPr>
          <w:rFonts w:cs="Arial"/>
          <w:sz w:val="24"/>
          <w:szCs w:val="24"/>
        </w:rPr>
        <w:t>Cynhaliwyd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adolygiad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sicrhau</w:t>
      </w:r>
      <w:proofErr w:type="spellEnd"/>
      <w:r w:rsidRPr="00621403">
        <w:rPr>
          <w:rFonts w:cs="Arial"/>
          <w:sz w:val="24"/>
          <w:szCs w:val="24"/>
        </w:rPr>
        <w:t xml:space="preserve"> bod </w:t>
      </w:r>
      <w:proofErr w:type="spellStart"/>
      <w:r w:rsidRPr="00621403">
        <w:rPr>
          <w:rFonts w:cs="Arial"/>
          <w:sz w:val="24"/>
          <w:szCs w:val="24"/>
        </w:rPr>
        <w:t>buddsoddiad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trydydd</w:t>
      </w:r>
      <w:proofErr w:type="spellEnd"/>
      <w:r w:rsidRPr="00621403">
        <w:rPr>
          <w:rFonts w:cs="Arial"/>
          <w:sz w:val="24"/>
          <w:szCs w:val="24"/>
        </w:rPr>
        <w:t xml:space="preserve"> sector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dryloyw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deg,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gynaliadwy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cyd-fynd</w:t>
      </w:r>
      <w:proofErr w:type="spellEnd"/>
      <w:r w:rsidRPr="00621403">
        <w:rPr>
          <w:rFonts w:cs="Arial"/>
          <w:sz w:val="24"/>
          <w:szCs w:val="24"/>
        </w:rPr>
        <w:t xml:space="preserve"> â </w:t>
      </w:r>
      <w:proofErr w:type="spellStart"/>
      <w:r w:rsidRPr="00621403">
        <w:rPr>
          <w:rFonts w:cs="Arial"/>
          <w:sz w:val="24"/>
          <w:szCs w:val="24"/>
        </w:rPr>
        <w:t>blaenoriaethau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strategol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gallu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dangos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gwerth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arian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04228955" w14:textId="77777777" w:rsidR="00563360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Bwriad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diwygiedig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mynd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i'r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afael</w:t>
      </w:r>
      <w:proofErr w:type="spellEnd"/>
      <w:r w:rsidRPr="00621403">
        <w:rPr>
          <w:rFonts w:cs="Arial"/>
          <w:sz w:val="24"/>
          <w:szCs w:val="24"/>
        </w:rPr>
        <w:t xml:space="preserve"> â </w:t>
      </w:r>
      <w:proofErr w:type="spellStart"/>
      <w:r w:rsidRPr="00621403">
        <w:rPr>
          <w:rFonts w:cs="Arial"/>
          <w:sz w:val="24"/>
          <w:szCs w:val="24"/>
        </w:rPr>
        <w:t>materion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nodwyd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drwy'r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gwaith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ymgysylltu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dilynol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gan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gynnwys</w:t>
      </w:r>
      <w:proofErr w:type="spellEnd"/>
      <w:r w:rsidRPr="00621403">
        <w:rPr>
          <w:rFonts w:cs="Arial"/>
          <w:sz w:val="24"/>
          <w:szCs w:val="24"/>
        </w:rPr>
        <w:t xml:space="preserve"> yr </w:t>
      </w:r>
      <w:proofErr w:type="spellStart"/>
      <w:r w:rsidRPr="00621403">
        <w:rPr>
          <w:rFonts w:cs="Arial"/>
          <w:sz w:val="24"/>
          <w:szCs w:val="24"/>
        </w:rPr>
        <w:t>angen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bwrpas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cliriach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sefydlogrwydd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hirdymor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meini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prawf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tryloyw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gwell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cyfathrebu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monitro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cymesur</w:t>
      </w:r>
      <w:proofErr w:type="spellEnd"/>
      <w:r w:rsidRPr="00621403">
        <w:rPr>
          <w:rFonts w:cs="Arial"/>
          <w:sz w:val="24"/>
          <w:szCs w:val="24"/>
        </w:rPr>
        <w:t>.</w:t>
      </w:r>
      <w:bookmarkStart w:id="5" w:name="Scheme_purpose"/>
      <w:bookmarkStart w:id="6" w:name="_Toc240874158"/>
    </w:p>
    <w:p w14:paraId="1C2B1B85" w14:textId="51A3633A" w:rsidR="003B2960" w:rsidRPr="00621403" w:rsidRDefault="00A240CD" w:rsidP="00563360">
      <w:pPr>
        <w:spacing w:before="160" w:after="160" w:line="276" w:lineRule="auto"/>
        <w:rPr>
          <w:rFonts w:cs="Arial"/>
          <w:color w:val="005A70"/>
          <w:sz w:val="24"/>
          <w:szCs w:val="24"/>
        </w:rPr>
      </w:pPr>
      <w:r w:rsidRPr="00621403">
        <w:rPr>
          <w:rFonts w:cs="Arial"/>
          <w:color w:val="005A70"/>
          <w:sz w:val="24"/>
          <w:szCs w:val="24"/>
        </w:rPr>
        <w:t xml:space="preserve">3. </w:t>
      </w:r>
      <w:bookmarkEnd w:id="5"/>
      <w:bookmarkEnd w:id="6"/>
      <w:proofErr w:type="spellStart"/>
      <w:r w:rsidR="003F5B1B" w:rsidRPr="00621403">
        <w:rPr>
          <w:rFonts w:cs="Arial"/>
          <w:color w:val="005A70"/>
          <w:sz w:val="24"/>
          <w:szCs w:val="24"/>
        </w:rPr>
        <w:t>Diben</w:t>
      </w:r>
      <w:proofErr w:type="spellEnd"/>
      <w:r w:rsidR="003F5B1B" w:rsidRPr="00621403">
        <w:rPr>
          <w:rFonts w:cs="Arial"/>
          <w:color w:val="005A70"/>
          <w:sz w:val="24"/>
          <w:szCs w:val="24"/>
        </w:rPr>
        <w:t xml:space="preserve"> ac </w:t>
      </w:r>
      <w:proofErr w:type="spellStart"/>
      <w:r w:rsidR="003F5B1B" w:rsidRPr="00621403">
        <w:rPr>
          <w:rFonts w:cs="Arial"/>
          <w:color w:val="005A70"/>
          <w:sz w:val="24"/>
          <w:szCs w:val="24"/>
        </w:rPr>
        <w:t>egwyddorion</w:t>
      </w:r>
      <w:proofErr w:type="spellEnd"/>
      <w:r w:rsidR="003F5B1B" w:rsidRPr="00621403">
        <w:rPr>
          <w:rFonts w:cs="Arial"/>
          <w:color w:val="005A70"/>
          <w:sz w:val="24"/>
          <w:szCs w:val="24"/>
        </w:rPr>
        <w:t xml:space="preserve"> y </w:t>
      </w:r>
      <w:proofErr w:type="spellStart"/>
      <w:r w:rsidR="003F5B1B" w:rsidRPr="00621403">
        <w:rPr>
          <w:rFonts w:cs="Arial"/>
          <w:color w:val="005A70"/>
          <w:sz w:val="24"/>
          <w:szCs w:val="24"/>
        </w:rPr>
        <w:t>cynllun</w:t>
      </w:r>
      <w:proofErr w:type="spellEnd"/>
    </w:p>
    <w:p w14:paraId="362B35E5" w14:textId="77777777" w:rsidR="00563360" w:rsidRPr="00621403" w:rsidRDefault="00563360" w:rsidP="00563360">
      <w:pPr>
        <w:spacing w:before="160" w:after="160" w:line="276" w:lineRule="auto"/>
        <w:rPr>
          <w:rStyle w:val="rynqvb"/>
          <w:rFonts w:cs="Arial"/>
          <w:sz w:val="24"/>
          <w:szCs w:val="24"/>
          <w:lang w:val="cy-GB"/>
        </w:rPr>
      </w:pPr>
      <w:r w:rsidRPr="00621403">
        <w:rPr>
          <w:rStyle w:val="rynqvb"/>
          <w:rFonts w:cs="Arial"/>
          <w:sz w:val="24"/>
          <w:szCs w:val="24"/>
          <w:lang w:val="cy-GB"/>
        </w:rPr>
        <w:t xml:space="preserve">Pwrpas y cynllun diwygiedig yw darparu cymorth strategol a hirdymor i sefydliadau cymwys yn y trydydd sector, y mae eu gwaith yn cyfrannu at flaenoriaethau'r Cyngor, yn cryfhau seilwaith cymunedol, yn lleihau anghydraddoldeb, yn gwella iechyd a lles, ac yn cefnogi gwaith atal. </w:t>
      </w:r>
    </w:p>
    <w:p w14:paraId="5973DDC6" w14:textId="32BF66DD" w:rsidR="006D2849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r w:rsidRPr="00621403">
        <w:rPr>
          <w:rStyle w:val="rynqvb"/>
          <w:rFonts w:cs="Arial"/>
          <w:sz w:val="24"/>
          <w:szCs w:val="24"/>
          <w:lang w:val="cy-GB"/>
        </w:rPr>
        <w:t>Mae'r Cynllun yn seiliedig ar bum egwyddor: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03"/>
        <w:gridCol w:w="6105"/>
      </w:tblGrid>
      <w:tr w:rsidR="003B2960" w:rsidRPr="00621403" w14:paraId="456606B2" w14:textId="77777777" w:rsidTr="00116038">
        <w:trPr>
          <w:tblHeader/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9CDA97" w14:textId="3A72E479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Egwyddor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7A92FF" w14:textId="5792EA19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Beth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mae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hyn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ei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olygu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gyfer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Cynllun</w:t>
            </w:r>
            <w:proofErr w:type="spellEnd"/>
          </w:p>
        </w:tc>
      </w:tr>
      <w:tr w:rsidR="003B2960" w:rsidRPr="00621403" w14:paraId="19B65A88" w14:textId="77777777" w:rsidTr="00116038">
        <w:trPr>
          <w:trHeight w:val="789"/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61BAE22" w14:textId="5EB2B9CD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Sefydlogrwydd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F43588" w14:textId="7B6A8CD6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Prif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bwrpas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cyfrannu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gweithrediadau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-i-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drwy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ddarparu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craidd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am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leiaf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tair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blynedd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drefn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arferol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7796E595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BBC8C2" w14:textId="53FF26DF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Aliniad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strategol</w:t>
            </w:r>
            <w:proofErr w:type="spellEnd"/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6117A8A" w14:textId="5763E9CE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Dylai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gweithgareddau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gramStart"/>
            <w:r w:rsidRPr="00621403">
              <w:rPr>
                <w:rFonts w:cs="Arial"/>
                <w:sz w:val="24"/>
                <w:szCs w:val="24"/>
              </w:rPr>
              <w:t>a</w:t>
            </w:r>
            <w:proofErr w:type="gram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ariennir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chysylltiad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pendant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blaenoriaethau'r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Cyngor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chyfrannu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ddarlun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cydlynol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ddarpariaeth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draws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fwrdeistref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sirol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59DC74D6" w14:textId="77777777" w:rsidTr="00116038">
        <w:trPr>
          <w:trHeight w:val="468"/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F28315" w14:textId="32E66137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Hygyrchedd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9BA381" w14:textId="4BA1D11D" w:rsidR="00F67C4B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Dylai'r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broses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deg,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syml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gymesur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gyda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disgwyliadau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meini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prawf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cyhoeddi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ymlaen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llaw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4832127" w14:textId="77777777" w:rsidTr="00116038">
        <w:trPr>
          <w:trHeight w:val="836"/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7B21EF" w14:textId="0136ABE3" w:rsidR="003B2960" w:rsidRPr="00621403" w:rsidRDefault="003F5B1B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lastRenderedPageBreak/>
              <w:t>Ymgysylltu</w:t>
            </w:r>
            <w:proofErr w:type="spellEnd"/>
            <w:r w:rsidR="003F1AC7"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3F1AC7" w:rsidRPr="00621403">
              <w:rPr>
                <w:rFonts w:cs="Arial"/>
                <w:sz w:val="24"/>
                <w:szCs w:val="24"/>
              </w:rPr>
              <w:t>ystyrlon</w:t>
            </w:r>
            <w:proofErr w:type="spellEnd"/>
            <w:r w:rsidR="003F1AC7"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="003F1AC7" w:rsidRPr="00621403">
              <w:rPr>
                <w:rFonts w:cs="Arial"/>
                <w:sz w:val="24"/>
                <w:szCs w:val="24"/>
              </w:rPr>
              <w:t>strwythuredig</w:t>
            </w:r>
            <w:proofErr w:type="spellEnd"/>
            <w:r w:rsidR="003F1AC7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D1D91F" w14:textId="332E54BF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Dylai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dderbyn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cyfathrebu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ymatebol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ystod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broses,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ynghyd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chyfathrebu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amserol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chyfrinachol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ynghylch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penderfyniadau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bynnag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canlyniad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6D2B2639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9B930F" w14:textId="0B43C261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Adeiladu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tuag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6581A3" w14:textId="2E03D59C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Dylai'r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helpu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arallgyfeirio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incwm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lleihau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dibyniaeth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amser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hytrach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dim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ond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llenwi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bylchau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uniongyrchol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2B665B02" w14:textId="6CCD0981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7" w:name="Operating_model"/>
      <w:bookmarkStart w:id="8" w:name="_Toc240874159"/>
      <w:r w:rsidRPr="00621403">
        <w:rPr>
          <w:rFonts w:ascii="Arial" w:hAnsi="Arial" w:cs="Arial"/>
          <w:b w:val="0"/>
          <w:sz w:val="24"/>
          <w:szCs w:val="24"/>
        </w:rPr>
        <w:t xml:space="preserve">4. </w:t>
      </w:r>
      <w:bookmarkEnd w:id="7"/>
      <w:bookmarkEnd w:id="8"/>
      <w:r w:rsidR="003F5B1B" w:rsidRPr="00621403">
        <w:rPr>
          <w:rFonts w:ascii="Arial" w:hAnsi="Arial" w:cs="Arial"/>
          <w:b w:val="0"/>
          <w:sz w:val="24"/>
          <w:szCs w:val="24"/>
        </w:rPr>
        <w:t xml:space="preserve">Model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gweithredu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: Grant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Sefydlogrwydd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3+2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flynedd</w:t>
      </w:r>
      <w:proofErr w:type="spellEnd"/>
    </w:p>
    <w:p w14:paraId="0CA2C199" w14:textId="76EFED05" w:rsidR="00563360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r w:rsidRPr="00621403">
        <w:rPr>
          <w:rFonts w:cs="Arial"/>
          <w:sz w:val="24"/>
          <w:szCs w:val="24"/>
        </w:rPr>
        <w:t xml:space="preserve">Y model </w:t>
      </w:r>
      <w:proofErr w:type="spellStart"/>
      <w:r w:rsidRPr="00621403">
        <w:rPr>
          <w:rFonts w:cs="Arial"/>
          <w:sz w:val="24"/>
          <w:szCs w:val="24"/>
        </w:rPr>
        <w:t>gweithredu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Grant </w:t>
      </w:r>
      <w:proofErr w:type="spellStart"/>
      <w:r w:rsidRPr="00621403">
        <w:rPr>
          <w:rFonts w:cs="Arial"/>
          <w:sz w:val="24"/>
          <w:szCs w:val="24"/>
        </w:rPr>
        <w:t>Sefydlogrwydd</w:t>
      </w:r>
      <w:proofErr w:type="spellEnd"/>
      <w:r w:rsidRPr="00621403">
        <w:rPr>
          <w:rFonts w:cs="Arial"/>
          <w:sz w:val="24"/>
          <w:szCs w:val="24"/>
        </w:rPr>
        <w:t xml:space="preserve"> 3+2 </w:t>
      </w:r>
      <w:proofErr w:type="spellStart"/>
      <w:r w:rsidRPr="00621403">
        <w:rPr>
          <w:rFonts w:cs="Arial"/>
          <w:sz w:val="24"/>
          <w:szCs w:val="24"/>
        </w:rPr>
        <w:t>flynedd</w:t>
      </w:r>
      <w:proofErr w:type="spellEnd"/>
      <w:r w:rsidRPr="00621403">
        <w:rPr>
          <w:rFonts w:cs="Arial"/>
          <w:sz w:val="24"/>
          <w:szCs w:val="24"/>
        </w:rPr>
        <w:t xml:space="preserve">. Mae </w:t>
      </w:r>
      <w:proofErr w:type="spellStart"/>
      <w:r w:rsidRPr="00621403">
        <w:rPr>
          <w:rFonts w:cs="Arial"/>
          <w:sz w:val="24"/>
          <w:szCs w:val="24"/>
        </w:rPr>
        <w:t>hyn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golygu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gwneud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dyfarniad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cychwynnol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dair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blynedd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gyda'r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opsiwn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ymestyn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cyfnod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ddwy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flynedd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ychwanegol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os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perfformiad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chydymffurfiaeth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foddhaol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os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oes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cyllid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gael</w:t>
      </w:r>
      <w:proofErr w:type="spellEnd"/>
      <w:r w:rsidRPr="00621403">
        <w:rPr>
          <w:rFonts w:cs="Arial"/>
          <w:sz w:val="24"/>
          <w:szCs w:val="24"/>
        </w:rPr>
        <w:t xml:space="preserve"> o hyd.</w:t>
      </w:r>
    </w:p>
    <w:p w14:paraId="6B61D59F" w14:textId="4F820D87" w:rsidR="003B2960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Mae'r</w:t>
      </w:r>
      <w:proofErr w:type="spellEnd"/>
      <w:r w:rsidRPr="00621403">
        <w:rPr>
          <w:rFonts w:cs="Arial"/>
          <w:sz w:val="24"/>
          <w:szCs w:val="24"/>
        </w:rPr>
        <w:t xml:space="preserve"> model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ymateb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brif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flaenoriaeth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trydydd</w:t>
      </w:r>
      <w:proofErr w:type="spellEnd"/>
      <w:r w:rsidRPr="00621403">
        <w:rPr>
          <w:rFonts w:cs="Arial"/>
          <w:sz w:val="24"/>
          <w:szCs w:val="24"/>
        </w:rPr>
        <w:t xml:space="preserve"> sector, </w:t>
      </w:r>
      <w:proofErr w:type="spellStart"/>
      <w:r w:rsidRPr="00621403">
        <w:rPr>
          <w:rFonts w:cs="Arial"/>
          <w:sz w:val="24"/>
          <w:szCs w:val="24"/>
        </w:rPr>
        <w:t>sef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mwy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sefydlogrwydd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cyllido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hirdymor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Bwriad</w:t>
      </w:r>
      <w:proofErr w:type="spellEnd"/>
      <w:r w:rsidRPr="00621403">
        <w:rPr>
          <w:rFonts w:cs="Arial"/>
          <w:sz w:val="24"/>
          <w:szCs w:val="24"/>
        </w:rPr>
        <w:t xml:space="preserve"> y model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cynllunio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sefydliadol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cadw</w:t>
      </w:r>
      <w:proofErr w:type="spellEnd"/>
      <w:r w:rsidRPr="00621403">
        <w:rPr>
          <w:rFonts w:cs="Arial"/>
          <w:sz w:val="24"/>
          <w:szCs w:val="24"/>
        </w:rPr>
        <w:t xml:space="preserve"> staff, </w:t>
      </w:r>
      <w:proofErr w:type="spellStart"/>
      <w:r w:rsidRPr="00621403">
        <w:rPr>
          <w:rFonts w:cs="Arial"/>
          <w:sz w:val="24"/>
          <w:szCs w:val="24"/>
        </w:rPr>
        <w:t>cynaliadwyedd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gallu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sicrhau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cyllid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ychwanegol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ffynonellau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eraill</w:t>
      </w:r>
      <w:proofErr w:type="spellEnd"/>
      <w:r w:rsidRPr="00621403">
        <w:rPr>
          <w:rFonts w:cs="Arial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03"/>
        <w:gridCol w:w="6105"/>
      </w:tblGrid>
      <w:tr w:rsidR="003B2960" w:rsidRPr="00621403" w14:paraId="3D986955" w14:textId="77777777" w:rsidTr="00116038">
        <w:trPr>
          <w:tblHeader/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4D2FB9" w14:textId="3711699F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Nodwedd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2C8287" w14:textId="4C6E9969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Safle'r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cynllun</w:t>
            </w:r>
            <w:proofErr w:type="spellEnd"/>
          </w:p>
        </w:tc>
      </w:tr>
      <w:tr w:rsidR="003B2960" w:rsidRPr="00621403" w14:paraId="3047ED98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0DB820" w14:textId="6BFC924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>Math o g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rant </w:t>
            </w:r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5D59B8" w14:textId="7BAE1D44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Grant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sefydlogrwydd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canolbwyntio'n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bennaf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craidd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/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gweithredu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917BCBB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729C89" w14:textId="46EDC575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Hyd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dyfarniad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EC1614" w14:textId="05F85BBE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Dyfarniad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cychwynnol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am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dair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blynedd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gyda'r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posibilrwydd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estyniad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ddwy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flynedd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amodol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adolygiad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perfformiad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4A043FC1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B02602" w14:textId="4E056FF2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Ffocws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cymwys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AEC690" w14:textId="2F006935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Costau craidd / gweithredu, gyda darpariaeth gyfyngedig ar gyfer costau cyfalaf ac arloesi lle maent yn cryfhau'r gwaith o ddarparu gwasanaethau a chynaliadwyedd.</w:t>
            </w:r>
          </w:p>
        </w:tc>
      </w:tr>
      <w:tr w:rsidR="003B2960" w:rsidRPr="00621403" w14:paraId="166BC384" w14:textId="77777777" w:rsidTr="00116038">
        <w:trPr>
          <w:jc w:val="center"/>
        </w:trPr>
        <w:tc>
          <w:tcPr>
            <w:tcW w:w="4103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0EA6DB" w14:textId="2DCC2EFD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lastRenderedPageBreak/>
              <w:t>Llwybr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ymgeisio</w:t>
            </w:r>
            <w:proofErr w:type="spellEnd"/>
          </w:p>
        </w:tc>
        <w:tc>
          <w:tcPr>
            <w:tcW w:w="610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23EDEE" w14:textId="4171F073" w:rsidR="003B2960" w:rsidRPr="00621403" w:rsidRDefault="00563360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Style w:val="rynqvb"/>
                <w:rFonts w:cs="Arial"/>
                <w:sz w:val="24"/>
                <w:szCs w:val="24"/>
                <w:lang w:val="cy-GB"/>
              </w:rPr>
              <w:t>Proses dau gam: mynegiant o ddiddordeb ac yna cais llawn.</w:t>
            </w:r>
          </w:p>
        </w:tc>
      </w:tr>
    </w:tbl>
    <w:p w14:paraId="7A531406" w14:textId="1627F688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9" w:name="Strategic_priorities"/>
      <w:bookmarkStart w:id="10" w:name="_Toc240874160"/>
      <w:r w:rsidRPr="00621403">
        <w:rPr>
          <w:rFonts w:ascii="Arial" w:hAnsi="Arial" w:cs="Arial"/>
          <w:b w:val="0"/>
          <w:sz w:val="24"/>
          <w:szCs w:val="24"/>
        </w:rPr>
        <w:t xml:space="preserve">5. </w:t>
      </w:r>
      <w:bookmarkEnd w:id="9"/>
      <w:bookmarkEnd w:id="10"/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Blaenoriaethau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strategol</w:t>
      </w:r>
      <w:proofErr w:type="spellEnd"/>
    </w:p>
    <w:p w14:paraId="603422D0" w14:textId="24C92AC9" w:rsidR="003B2960" w:rsidRPr="00621403" w:rsidRDefault="00563360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Rhaid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ymgeiswyr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ddangos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cysylltiad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clir</w:t>
      </w:r>
      <w:proofErr w:type="spellEnd"/>
      <w:r w:rsidRPr="00621403">
        <w:rPr>
          <w:rFonts w:cs="Arial"/>
          <w:sz w:val="24"/>
          <w:szCs w:val="24"/>
        </w:rPr>
        <w:t xml:space="preserve"> ag o </w:t>
      </w:r>
      <w:proofErr w:type="spellStart"/>
      <w:r w:rsidRPr="00621403">
        <w:rPr>
          <w:rFonts w:cs="Arial"/>
          <w:sz w:val="24"/>
          <w:szCs w:val="24"/>
        </w:rPr>
        <w:t>leiaf</w:t>
      </w:r>
      <w:proofErr w:type="spellEnd"/>
      <w:r w:rsidRPr="00621403">
        <w:rPr>
          <w:rFonts w:cs="Arial"/>
          <w:sz w:val="24"/>
          <w:szCs w:val="24"/>
        </w:rPr>
        <w:t xml:space="preserve"> un o </w:t>
      </w:r>
      <w:proofErr w:type="spellStart"/>
      <w:r w:rsidRPr="00621403">
        <w:rPr>
          <w:rFonts w:cs="Arial"/>
          <w:sz w:val="24"/>
          <w:szCs w:val="24"/>
        </w:rPr>
        <w:t>flaenoriaethau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strategol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. Gall </w:t>
      </w:r>
      <w:proofErr w:type="spellStart"/>
      <w:r w:rsidRPr="00621403">
        <w:rPr>
          <w:rFonts w:cs="Arial"/>
          <w:sz w:val="24"/>
          <w:szCs w:val="24"/>
        </w:rPr>
        <w:t>ceisiadau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gyd-fynd</w:t>
      </w:r>
      <w:proofErr w:type="spellEnd"/>
      <w:r w:rsidRPr="00621403">
        <w:rPr>
          <w:rFonts w:cs="Arial"/>
          <w:sz w:val="24"/>
          <w:szCs w:val="24"/>
        </w:rPr>
        <w:t xml:space="preserve"> ag un, </w:t>
      </w:r>
      <w:proofErr w:type="spellStart"/>
      <w:r w:rsidRPr="00621403">
        <w:rPr>
          <w:rFonts w:cs="Arial"/>
          <w:sz w:val="24"/>
          <w:szCs w:val="24"/>
        </w:rPr>
        <w:t>dau</w:t>
      </w:r>
      <w:proofErr w:type="spellEnd"/>
      <w:r w:rsidRPr="00621403">
        <w:rPr>
          <w:rFonts w:cs="Arial"/>
          <w:sz w:val="24"/>
          <w:szCs w:val="24"/>
        </w:rPr>
        <w:t xml:space="preserve"> neu bob un </w:t>
      </w:r>
      <w:proofErr w:type="spellStart"/>
      <w:r w:rsidRPr="00621403">
        <w:rPr>
          <w:rFonts w:cs="Arial"/>
          <w:sz w:val="24"/>
          <w:szCs w:val="24"/>
        </w:rPr>
        <w:t>o'r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tair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blaenoriaeth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lle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mae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adlewyrchu'r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gwaith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gyflawni</w:t>
      </w:r>
      <w:proofErr w:type="spellEnd"/>
      <w:r w:rsidRPr="00621403">
        <w:rPr>
          <w:rFonts w:cs="Arial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94"/>
        <w:gridCol w:w="2125"/>
        <w:gridCol w:w="3456"/>
        <w:gridCol w:w="2933"/>
      </w:tblGrid>
      <w:tr w:rsidR="003B2960" w:rsidRPr="00621403" w14:paraId="6A4C72EB" w14:textId="77777777" w:rsidTr="00116038">
        <w:trPr>
          <w:tblHeader/>
          <w:jc w:val="center"/>
        </w:trPr>
        <w:tc>
          <w:tcPr>
            <w:tcW w:w="98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8707C" w14:textId="3146CAA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Blaenoriaeth</w:t>
            </w:r>
            <w:proofErr w:type="spellEnd"/>
          </w:p>
        </w:tc>
        <w:tc>
          <w:tcPr>
            <w:tcW w:w="2126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70269A" w14:textId="2B4AE71D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Teitl</w:t>
            </w:r>
            <w:proofErr w:type="spellEnd"/>
          </w:p>
        </w:tc>
        <w:tc>
          <w:tcPr>
            <w:tcW w:w="396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85CED2" w14:textId="746CEAA6" w:rsidR="003B2960" w:rsidRPr="00621403" w:rsidRDefault="00A240CD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F</w:t>
            </w:r>
            <w:r w:rsidR="003F1AC7" w:rsidRPr="00621403">
              <w:rPr>
                <w:rFonts w:cs="Arial"/>
                <w:b/>
                <w:color w:val="FFFFFF"/>
                <w:sz w:val="24"/>
                <w:szCs w:val="24"/>
              </w:rPr>
              <w:t>f</w:t>
            </w: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oc</w:t>
            </w:r>
            <w:r w:rsidR="003F1AC7" w:rsidRPr="00621403">
              <w:rPr>
                <w:rFonts w:cs="Arial"/>
                <w:b/>
                <w:color w:val="FFFFFF"/>
                <w:sz w:val="24"/>
                <w:szCs w:val="24"/>
              </w:rPr>
              <w:t>w</w:t>
            </w: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128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5BFED8" w14:textId="4DC3F045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Pwyslais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unigryw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3B2960" w:rsidRPr="00621403" w14:paraId="5EE92E5C" w14:textId="77777777" w:rsidTr="00116038">
        <w:trPr>
          <w:trHeight w:val="1387"/>
          <w:jc w:val="center"/>
        </w:trPr>
        <w:tc>
          <w:tcPr>
            <w:tcW w:w="98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18208" w14:textId="77777777" w:rsidR="003B2960" w:rsidRPr="00621403" w:rsidRDefault="00A240CD" w:rsidP="00563360">
            <w:pPr>
              <w:spacing w:before="160" w:after="160" w:line="276" w:lineRule="auto"/>
              <w:jc w:val="center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F1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62C86" w14:textId="34F12211" w:rsidR="003B2960" w:rsidRPr="00621403" w:rsidRDefault="00A240CD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S</w:t>
            </w:r>
            <w:r w:rsidR="00751042" w:rsidRPr="00621403">
              <w:rPr>
                <w:rFonts w:cs="Arial"/>
                <w:sz w:val="24"/>
                <w:szCs w:val="24"/>
              </w:rPr>
              <w:t>efydliadau</w:t>
            </w:r>
            <w:proofErr w:type="spellEnd"/>
            <w:r w:rsidR="00751042"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751042" w:rsidRPr="00621403">
              <w:rPr>
                <w:rFonts w:cs="Arial"/>
                <w:sz w:val="24"/>
                <w:szCs w:val="24"/>
              </w:rPr>
              <w:t>Cymuendol</w:t>
            </w:r>
            <w:proofErr w:type="spellEnd"/>
            <w:r w:rsidR="00751042"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751042" w:rsidRPr="00621403">
              <w:rPr>
                <w:rFonts w:cs="Arial"/>
                <w:sz w:val="24"/>
                <w:szCs w:val="24"/>
              </w:rPr>
              <w:t>Cryf</w:t>
            </w:r>
            <w:proofErr w:type="spellEnd"/>
            <w:r w:rsidR="00751042"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="00751042" w:rsidRPr="00621403">
              <w:rPr>
                <w:rFonts w:cs="Arial"/>
                <w:sz w:val="24"/>
                <w:szCs w:val="24"/>
              </w:rPr>
              <w:t>Chynaliadwy</w:t>
            </w:r>
            <w:proofErr w:type="spellEnd"/>
            <w:r w:rsidR="00751042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6CC54" w14:textId="2DA610E3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cymunedol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canolfannau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grwpiau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gwirfoddol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hybiau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darparu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gweithgareddau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hanfodol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fewn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gymuned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128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9561C" w14:textId="7F267EBD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Mae'r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flaenoriaeth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hon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canolbwyntio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hunain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rhwydweithiau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nhw'n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hytrach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thargedu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mater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grŵp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penodol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43533D4E" w14:textId="77777777" w:rsidTr="00116038">
        <w:trPr>
          <w:trHeight w:val="1694"/>
          <w:jc w:val="center"/>
        </w:trPr>
        <w:tc>
          <w:tcPr>
            <w:tcW w:w="98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4767C" w14:textId="77777777" w:rsidR="003B2960" w:rsidRPr="00621403" w:rsidRDefault="00A240CD" w:rsidP="00563360">
            <w:pPr>
              <w:spacing w:before="160" w:after="160" w:line="276" w:lineRule="auto"/>
              <w:jc w:val="center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F1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23E93" w14:textId="386D910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Lleihau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Anghydraddoldeb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Fregus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76AD6" w14:textId="29747D05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gyda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phobl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wynebu'r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anfantais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fwyaf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gynnwys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anabl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hŷn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gofalwyr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plant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theuluoedd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phobl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profi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tlodi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galedi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128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A80FC" w14:textId="7776C6AD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Mae'r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flaenoriaeth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hon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canolbwyntio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bwy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rhwystrau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neu'r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anghydraddoldebau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nhw'n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profi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57FBEB0A" w14:textId="77777777" w:rsidTr="00C846D2">
        <w:trPr>
          <w:trHeight w:val="655"/>
          <w:jc w:val="center"/>
        </w:trPr>
        <w:tc>
          <w:tcPr>
            <w:tcW w:w="985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3B99E" w14:textId="77777777" w:rsidR="003B2960" w:rsidRPr="00621403" w:rsidRDefault="00A240CD" w:rsidP="00563360">
            <w:pPr>
              <w:spacing w:before="160" w:after="160" w:line="276" w:lineRule="auto"/>
              <w:jc w:val="center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F1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4CBE5" w14:textId="59FAB427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Gwella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Iechyd,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Llesiant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ac Atal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9F06CD" w14:textId="2B21FD01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gweithgareddau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helpu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aros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iach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gysylltiedig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annibynnol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atal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problemau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rhag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gwaethygu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throi'n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argyfwng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128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4D4FE" w14:textId="03D0FDD8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Mae'r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flaenoriaeth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hon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canolbwyntio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ganlyniadau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: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gwell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iechyd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llesiant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llai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alw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wasanaethau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cyhoeddus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78C9F51F" w14:textId="25426128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b w:val="0"/>
          <w:bCs w:val="0"/>
          <w:sz w:val="24"/>
          <w:szCs w:val="24"/>
        </w:rPr>
      </w:pPr>
      <w:bookmarkStart w:id="11" w:name="Who_can_apply"/>
      <w:bookmarkStart w:id="12" w:name="_Toc240874161"/>
      <w:r w:rsidRPr="00621403">
        <w:rPr>
          <w:rFonts w:ascii="Arial" w:hAnsi="Arial" w:cs="Arial"/>
          <w:b w:val="0"/>
          <w:bCs w:val="0"/>
          <w:sz w:val="24"/>
          <w:szCs w:val="24"/>
        </w:rPr>
        <w:lastRenderedPageBreak/>
        <w:t xml:space="preserve">6. </w:t>
      </w:r>
      <w:bookmarkEnd w:id="11"/>
      <w:bookmarkEnd w:id="12"/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Pwy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all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wneud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cais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1"/>
        <w:gridCol w:w="7097"/>
      </w:tblGrid>
      <w:tr w:rsidR="003B2960" w:rsidRPr="00621403" w14:paraId="70CCDAA2" w14:textId="77777777" w:rsidTr="00116038">
        <w:trPr>
          <w:tblHeader/>
          <w:jc w:val="center"/>
        </w:trPr>
        <w:tc>
          <w:tcPr>
            <w:tcW w:w="311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CDB1DA" w14:textId="1DB9D4B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Cymhwysedd</w:t>
            </w:r>
            <w:proofErr w:type="spellEnd"/>
            <w:r w:rsidR="00A240CD"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709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2CE152" w14:textId="5D58125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Gofyniad</w:t>
            </w:r>
            <w:proofErr w:type="spellEnd"/>
          </w:p>
        </w:tc>
      </w:tr>
      <w:tr w:rsidR="003B2960" w:rsidRPr="00621403" w14:paraId="428B1657" w14:textId="77777777" w:rsidTr="00116038">
        <w:trPr>
          <w:trHeight w:val="1082"/>
          <w:jc w:val="center"/>
        </w:trPr>
        <w:tc>
          <w:tcPr>
            <w:tcW w:w="311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EC5C81" w14:textId="1174C30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Math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</w:t>
            </w:r>
            <w:proofErr w:type="spellEnd"/>
          </w:p>
        </w:tc>
        <w:tc>
          <w:tcPr>
            <w:tcW w:w="709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A5B12E" w14:textId="5AB4B771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-er-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elw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chyfansoddiad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ffurfiol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gweithredu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sector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gwirfoddol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cymunedol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fentrau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cymdeithasol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Nghastell-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Port Talbot.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Rhaid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ddangos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trefniadau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llywodraethu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rheoli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cadarn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ogystal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ag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ymrwymiad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les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gymuned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E552498" w14:textId="77777777" w:rsidTr="00116038">
        <w:trPr>
          <w:trHeight w:val="378"/>
          <w:jc w:val="center"/>
        </w:trPr>
        <w:tc>
          <w:tcPr>
            <w:tcW w:w="311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E4DF58" w14:textId="6E43B144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Record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blaenorol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lleiafsymiol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709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5927B6" w14:textId="4085AC5E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Rhaid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ymgeiswyr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feddu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hanes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gweithredu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ddwy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flynedd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leiaf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gynnwys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leiaf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blwyddyn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gyfrifon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wedi'u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cyflwyno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0BB5B293" w14:textId="77777777" w:rsidTr="00116038">
        <w:trPr>
          <w:jc w:val="center"/>
        </w:trPr>
        <w:tc>
          <w:tcPr>
            <w:tcW w:w="311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69ACE5" w14:textId="6975A446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Daearyddiaeth</w:t>
            </w:r>
            <w:proofErr w:type="spellEnd"/>
          </w:p>
        </w:tc>
        <w:tc>
          <w:tcPr>
            <w:tcW w:w="709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F1EF99" w14:textId="2E0952A7" w:rsidR="00751042" w:rsidRPr="00621403" w:rsidRDefault="00751042" w:rsidP="00751042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Rhaid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i'ch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leiaf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90%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drigolion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Castell-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Port Talbot,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h.y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.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rhaid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90%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rhai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defnyddio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eich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Nghastell-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Talbot.</w:t>
            </w:r>
          </w:p>
          <w:p w14:paraId="581A8037" w14:textId="330A4797" w:rsidR="00415790" w:rsidRPr="00621403" w:rsidRDefault="00751042" w:rsidP="00751042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Bydd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angen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gwneud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cais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allan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ardal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Castell-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Port Talbot (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h.y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.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hynny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ger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ffiniau'r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Fwrdeistref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Sirol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)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ddangos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bod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gyfarwydd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â'r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ardal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/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bobl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maent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dymuno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ddefnyddio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a'u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cysylltiad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nhw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02D71B18" w14:textId="77777777" w:rsidTr="00116038">
        <w:trPr>
          <w:jc w:val="center"/>
        </w:trPr>
        <w:tc>
          <w:tcPr>
            <w:tcW w:w="311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9056CA" w14:textId="5C7D76A4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Llywodraethu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Chydymffurfio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709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5E75B9" w14:textId="44122BE7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Rhaid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ymgeiswyr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allu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dangos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trefniadau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diogelu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cydraddoldeb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rheolaeth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llywodraethu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priodol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gymesur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graddfa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natur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gwaith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113715E1" w14:textId="34FE3731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13" w:name="What_the_scheme_will_fund"/>
      <w:bookmarkStart w:id="14" w:name="_Toc240874162"/>
      <w:r w:rsidRPr="00621403">
        <w:rPr>
          <w:rFonts w:ascii="Arial" w:hAnsi="Arial" w:cs="Arial"/>
          <w:b w:val="0"/>
          <w:sz w:val="24"/>
          <w:szCs w:val="24"/>
        </w:rPr>
        <w:t xml:space="preserve">7. </w:t>
      </w:r>
      <w:bookmarkEnd w:id="13"/>
      <w:bookmarkEnd w:id="14"/>
      <w:r w:rsidR="003F5B1B" w:rsidRPr="00621403">
        <w:rPr>
          <w:rFonts w:ascii="Arial" w:hAnsi="Arial" w:cs="Arial"/>
          <w:b w:val="0"/>
          <w:sz w:val="24"/>
          <w:szCs w:val="24"/>
        </w:rPr>
        <w:t xml:space="preserve">Yr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hyn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y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bydd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y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Cynllun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yn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ei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ariannu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a'r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hyn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na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fydd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yn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ei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ariannu</w:t>
      </w:r>
      <w:proofErr w:type="spellEnd"/>
    </w:p>
    <w:p w14:paraId="094F0806" w14:textId="18EF03E5" w:rsidR="003B2960" w:rsidRPr="00621403" w:rsidRDefault="00656C21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Bwriad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cynaliadwyedd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darpariaeth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sefydliadol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cyd-fynd</w:t>
      </w:r>
      <w:proofErr w:type="spellEnd"/>
      <w:r w:rsidRPr="00621403">
        <w:rPr>
          <w:rFonts w:cs="Arial"/>
          <w:sz w:val="24"/>
          <w:szCs w:val="24"/>
        </w:rPr>
        <w:t xml:space="preserve"> â </w:t>
      </w:r>
      <w:proofErr w:type="spellStart"/>
      <w:r w:rsidRPr="00621403">
        <w:rPr>
          <w:rFonts w:cs="Arial"/>
          <w:sz w:val="24"/>
          <w:szCs w:val="24"/>
        </w:rPr>
        <w:t>blaenoriaethau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strategol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Nid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wedi'i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fwriadu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fod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rhaglen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eang</w:t>
      </w:r>
      <w:proofErr w:type="spellEnd"/>
      <w:r w:rsidRPr="00621403">
        <w:rPr>
          <w:rFonts w:cs="Arial"/>
          <w:sz w:val="24"/>
          <w:szCs w:val="24"/>
        </w:rPr>
        <w:t xml:space="preserve"> at </w:t>
      </w:r>
      <w:proofErr w:type="spellStart"/>
      <w:r w:rsidRPr="00621403">
        <w:rPr>
          <w:rFonts w:cs="Arial"/>
          <w:sz w:val="24"/>
          <w:szCs w:val="24"/>
        </w:rPr>
        <w:t>ddibenion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amrywiol</w:t>
      </w:r>
      <w:proofErr w:type="spellEnd"/>
      <w:r w:rsidRPr="00621403">
        <w:rPr>
          <w:rFonts w:cs="Arial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29"/>
        <w:gridCol w:w="3979"/>
      </w:tblGrid>
      <w:tr w:rsidR="003B2960" w:rsidRPr="00621403" w14:paraId="7157E1C0" w14:textId="77777777" w:rsidTr="00116038">
        <w:trPr>
          <w:jc w:val="center"/>
        </w:trPr>
        <w:tc>
          <w:tcPr>
            <w:tcW w:w="622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F389E6" w14:textId="2858CA5D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Gall y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gefnogi</w:t>
            </w:r>
            <w:proofErr w:type="spellEnd"/>
          </w:p>
        </w:tc>
        <w:tc>
          <w:tcPr>
            <w:tcW w:w="397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FE0D7B" w14:textId="0416732B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Ni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fydd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cefnogi</w:t>
            </w:r>
            <w:proofErr w:type="spellEnd"/>
          </w:p>
        </w:tc>
      </w:tr>
      <w:tr w:rsidR="003B2960" w:rsidRPr="00621403" w14:paraId="6128DCFC" w14:textId="77777777" w:rsidTr="00116038">
        <w:trPr>
          <w:jc w:val="center"/>
        </w:trPr>
        <w:tc>
          <w:tcPr>
            <w:tcW w:w="622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37C7A2F" w14:textId="65F4072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craidd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/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gweithredu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staffio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ymwneud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safleoedd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cyfleustodau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yswiriant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rheoli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llywodraethu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cyfalaf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cymesur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lastRenderedPageBreak/>
              <w:t>lle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maent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gysylltiedig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uniongyrchol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hirdymor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arloesi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gwell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is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incwm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uwch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uniongyrchol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adennill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llawn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cyllidebau'n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adlewyrchu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cyflawni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gwirioneddol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9684B97" w14:textId="78B84E0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lastRenderedPageBreak/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ôl-weithredol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gweithgaredd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gwleidyddol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gweithgaredd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crefyddol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lastRenderedPageBreak/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prosiectau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blwyddyn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unigol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;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cheisiadau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arloesi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4676C5D1" w14:textId="6E601A6F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15" w:name="Financial_criteria"/>
      <w:bookmarkStart w:id="16" w:name="_Toc240874163"/>
      <w:r w:rsidRPr="00621403">
        <w:rPr>
          <w:rFonts w:ascii="Arial" w:hAnsi="Arial" w:cs="Arial"/>
          <w:b w:val="0"/>
          <w:sz w:val="24"/>
          <w:szCs w:val="24"/>
        </w:rPr>
        <w:lastRenderedPageBreak/>
        <w:t xml:space="preserve">8. </w:t>
      </w:r>
      <w:bookmarkEnd w:id="15"/>
      <w:bookmarkEnd w:id="16"/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Meini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prawf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ariannol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a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rheolaethau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ariannu</w:t>
      </w:r>
      <w:proofErr w:type="spellEnd"/>
    </w:p>
    <w:p w14:paraId="558FAFBA" w14:textId="37419923" w:rsidR="003B2960" w:rsidRPr="00621403" w:rsidRDefault="00656C21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Mae'r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cynnwys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rheolaethau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ariannol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hyrwyddo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gwerth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arian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lleihau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gor-ddibyniaeth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gyllid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chefnogi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mynediad</w:t>
      </w:r>
      <w:proofErr w:type="spellEnd"/>
      <w:r w:rsidRPr="00621403">
        <w:rPr>
          <w:rFonts w:cs="Arial"/>
          <w:sz w:val="24"/>
          <w:szCs w:val="24"/>
        </w:rPr>
        <w:t xml:space="preserve"> teg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draws y </w:t>
      </w:r>
      <w:proofErr w:type="spellStart"/>
      <w:r w:rsidRPr="00621403">
        <w:rPr>
          <w:rFonts w:cs="Arial"/>
          <w:sz w:val="24"/>
          <w:szCs w:val="24"/>
        </w:rPr>
        <w:t>gyllideb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gael</w:t>
      </w:r>
      <w:proofErr w:type="spellEnd"/>
      <w:r w:rsidRPr="00621403">
        <w:rPr>
          <w:rFonts w:cs="Arial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4"/>
        <w:gridCol w:w="7664"/>
      </w:tblGrid>
      <w:tr w:rsidR="003B2960" w:rsidRPr="00621403" w14:paraId="55228825" w14:textId="77777777" w:rsidTr="00C846D2">
        <w:trPr>
          <w:tblHeader/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555362" w14:textId="0728D596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Rheolaeth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6C7DCA" w14:textId="2CC7136B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Safle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Arfaethedig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3B2960" w:rsidRPr="00621403" w14:paraId="69F51C82" w14:textId="77777777" w:rsidTr="00C846D2">
        <w:trPr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CDE483" w14:textId="5CB9161B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Uchafswm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gramStart"/>
            <w:r w:rsidRPr="00621403">
              <w:rPr>
                <w:rFonts w:cs="Arial"/>
                <w:sz w:val="24"/>
                <w:szCs w:val="24"/>
              </w:rPr>
              <w:t>grant</w:t>
            </w:r>
            <w:proofErr w:type="gram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ddyfernir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C42CBC" w14:textId="161EB748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Uchafswm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arfaethedig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grant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mwyaf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arfaethedig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21403">
              <w:rPr>
                <w:rFonts w:cs="Arial"/>
                <w:sz w:val="24"/>
                <w:szCs w:val="24"/>
              </w:rPr>
              <w:t>yw</w:t>
            </w:r>
            <w:proofErr w:type="spellEnd"/>
            <w:proofErr w:type="gramEnd"/>
            <w:r w:rsidRPr="00621403">
              <w:rPr>
                <w:rFonts w:cs="Arial"/>
                <w:sz w:val="24"/>
                <w:szCs w:val="24"/>
              </w:rPr>
              <w:t xml:space="preserve"> £50,000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fesul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flwyddyn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FAF4FB3" w14:textId="77777777" w:rsidTr="00C846D2">
        <w:trPr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539CF0" w14:textId="35F3F149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Cymhareb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grant-i-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incwm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B88ABD" w14:textId="2C86A15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Bydd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cyfyngiad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30%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incwm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blynyddol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cyfartalog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sefydliad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wedi’i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gyfrifo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tair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blynedd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ddiwethaf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dyfarniadau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unigol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232C76C" w14:textId="77777777" w:rsidTr="00C846D2">
        <w:trPr>
          <w:trHeight w:val="906"/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91541A" w14:textId="2FF5A8F7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cyfalaf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544DA0" w14:textId="4292CBC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Gall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cyfalaf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gymwys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yw’n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hirdymor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uniongyrchol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ychwanegu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sylweddol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.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gyfran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uchaf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arfaethedig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gyfanswm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grant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gellir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defnyddio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cyfalaf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20%.</w:t>
            </w:r>
          </w:p>
        </w:tc>
      </w:tr>
      <w:tr w:rsidR="003B2960" w:rsidRPr="00621403" w14:paraId="40D2056B" w14:textId="77777777" w:rsidTr="00C846D2">
        <w:trPr>
          <w:trHeight w:val="451"/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193AFA" w14:textId="1D6C8DEC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Arloesi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F839E7" w14:textId="2D8E6084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Gall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ymgeiswyr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gyflwyno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achos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arloesi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yw’n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cynaliadwyedd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cynyddu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incwm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neu’n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lleihau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uniongyrchol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.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gyfran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uchaf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arfaethedig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gyfanswm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grant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arloesi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20%.</w:t>
            </w:r>
          </w:p>
        </w:tc>
      </w:tr>
      <w:tr w:rsidR="003B2960" w:rsidRPr="00621403" w14:paraId="05A530F1" w14:textId="77777777" w:rsidTr="00C846D2">
        <w:trPr>
          <w:trHeight w:val="864"/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26C40B" w14:textId="3BF08F13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="003F1AC7"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3F1AC7" w:rsidRPr="00621403">
              <w:rPr>
                <w:rFonts w:cs="Arial"/>
                <w:sz w:val="24"/>
                <w:szCs w:val="24"/>
              </w:rPr>
              <w:t>cyfatebol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3BC298" w14:textId="541DC132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Nid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cyfatebol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orfodol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.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unrhyw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cyfatebol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nodir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ystyried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un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nifer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ffactorau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ystod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broses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asesu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fydd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pennu’r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canlyniad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ynddo’i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hun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2395FFE" w14:textId="77777777" w:rsidTr="00C846D2">
        <w:trPr>
          <w:trHeight w:val="271"/>
          <w:jc w:val="center"/>
        </w:trPr>
        <w:tc>
          <w:tcPr>
            <w:tcW w:w="254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533A6F" w14:textId="1F00703A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Gwirionedd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cyllidebol</w:t>
            </w:r>
            <w:proofErr w:type="spellEnd"/>
          </w:p>
        </w:tc>
        <w:tc>
          <w:tcPr>
            <w:tcW w:w="7664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F58698" w14:textId="636E7F97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Dylai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cyllidebau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adlewyrchu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gost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gwaith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ddarparu’r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prosiect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gynnwys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cyffredinol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chostau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rheoli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priodol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40CA2074" w14:textId="472C525C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17" w:name="Applications_assessed"/>
      <w:bookmarkStart w:id="18" w:name="_Toc240874164"/>
      <w:r w:rsidRPr="00621403">
        <w:rPr>
          <w:rFonts w:ascii="Arial" w:hAnsi="Arial" w:cs="Arial"/>
          <w:b w:val="0"/>
          <w:sz w:val="24"/>
          <w:szCs w:val="24"/>
        </w:rPr>
        <w:lastRenderedPageBreak/>
        <w:t>9</w:t>
      </w:r>
      <w:r w:rsidR="00A57FDB" w:rsidRPr="00621403">
        <w:rPr>
          <w:rFonts w:ascii="Arial" w:hAnsi="Arial" w:cs="Arial"/>
          <w:b w:val="0"/>
          <w:sz w:val="24"/>
          <w:szCs w:val="24"/>
        </w:rPr>
        <w:t xml:space="preserve">. </w:t>
      </w:r>
      <w:bookmarkEnd w:id="17"/>
      <w:bookmarkEnd w:id="18"/>
      <w:r w:rsidR="003F5B1B" w:rsidRPr="00621403">
        <w:rPr>
          <w:rFonts w:ascii="Arial" w:hAnsi="Arial" w:cs="Arial"/>
          <w:b w:val="0"/>
          <w:sz w:val="24"/>
          <w:szCs w:val="24"/>
        </w:rPr>
        <w:t xml:space="preserve">Sut y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caiff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ceisiadau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eu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hasesu</w:t>
      </w:r>
      <w:proofErr w:type="spellEnd"/>
    </w:p>
    <w:p w14:paraId="35BED5B3" w14:textId="77777777" w:rsidR="00656C21" w:rsidRPr="00621403" w:rsidRDefault="00656C21" w:rsidP="00656C21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y broses </w:t>
      </w:r>
      <w:proofErr w:type="spellStart"/>
      <w:r w:rsidRPr="00621403">
        <w:rPr>
          <w:rFonts w:cs="Arial"/>
          <w:sz w:val="24"/>
          <w:szCs w:val="24"/>
        </w:rPr>
        <w:t>ymgeisio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defnyddio</w:t>
      </w:r>
      <w:proofErr w:type="spellEnd"/>
      <w:r w:rsidRPr="00621403">
        <w:rPr>
          <w:rFonts w:cs="Arial"/>
          <w:sz w:val="24"/>
          <w:szCs w:val="24"/>
        </w:rPr>
        <w:t xml:space="preserve"> system </w:t>
      </w:r>
      <w:proofErr w:type="spellStart"/>
      <w:r w:rsidRPr="00621403">
        <w:rPr>
          <w:rFonts w:cs="Arial"/>
          <w:sz w:val="24"/>
          <w:szCs w:val="24"/>
        </w:rPr>
        <w:t>sgorio</w:t>
      </w:r>
      <w:proofErr w:type="spellEnd"/>
      <w:r w:rsidRPr="00621403">
        <w:rPr>
          <w:rFonts w:cs="Arial"/>
          <w:sz w:val="24"/>
          <w:szCs w:val="24"/>
        </w:rPr>
        <w:t xml:space="preserve"> â </w:t>
      </w:r>
      <w:proofErr w:type="spellStart"/>
      <w:r w:rsidRPr="00621403">
        <w:rPr>
          <w:rFonts w:cs="Arial"/>
          <w:sz w:val="24"/>
          <w:szCs w:val="24"/>
        </w:rPr>
        <w:t>phwysoliad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Ystyriir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cymhwysedd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gyntaf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Caiff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ceisiadau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llwyddo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y cam </w:t>
      </w:r>
      <w:proofErr w:type="spellStart"/>
      <w:r w:rsidRPr="00621403">
        <w:rPr>
          <w:rFonts w:cs="Arial"/>
          <w:sz w:val="24"/>
          <w:szCs w:val="24"/>
        </w:rPr>
        <w:t>cymhwysedd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hasesu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erbyn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meini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prawf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ansawdd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cyhoeddedig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54CE190B" w14:textId="5A5E900A" w:rsidR="00BC301D" w:rsidRPr="00621403" w:rsidRDefault="00656C21" w:rsidP="00656C21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pwysoliad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uchaf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berthnasol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dystiolaeth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angen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gwerth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ychwanegol</w:t>
      </w:r>
      <w:proofErr w:type="spellEnd"/>
      <w:r w:rsidRPr="00621403">
        <w:rPr>
          <w:rFonts w:cs="Arial"/>
          <w:sz w:val="24"/>
          <w:szCs w:val="24"/>
        </w:rPr>
        <w:t xml:space="preserve">, ac i iechyd a </w:t>
      </w:r>
      <w:proofErr w:type="spellStart"/>
      <w:r w:rsidRPr="00621403">
        <w:rPr>
          <w:rFonts w:cs="Arial"/>
          <w:sz w:val="24"/>
          <w:szCs w:val="24"/>
        </w:rPr>
        <w:t>gallu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ariannol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aliniad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strategol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a'r</w:t>
      </w:r>
      <w:proofErr w:type="spellEnd"/>
      <w:r w:rsidRPr="00621403">
        <w:rPr>
          <w:rFonts w:cs="Arial"/>
          <w:sz w:val="24"/>
          <w:szCs w:val="24"/>
        </w:rPr>
        <w:t xml:space="preserve"> dull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canolbwyntio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ganlyniadau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pwysoliad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canolig-uchel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llywodraethu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chynaliadwyedd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pwysoliad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canolig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Ystyrir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tegwch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daearyddol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lefel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cais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unigol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draws </w:t>
      </w:r>
      <w:proofErr w:type="spellStart"/>
      <w:r w:rsidRPr="00621403">
        <w:rPr>
          <w:rFonts w:cs="Arial"/>
          <w:sz w:val="24"/>
          <w:szCs w:val="24"/>
        </w:rPr>
        <w:t>portffolio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cyffredinol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dyfarniadau</w:t>
      </w:r>
      <w:proofErr w:type="spellEnd"/>
      <w:r w:rsidRPr="00621403">
        <w:rPr>
          <w:rFonts w:cs="Arial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27"/>
        <w:gridCol w:w="2410"/>
        <w:gridCol w:w="4971"/>
      </w:tblGrid>
      <w:tr w:rsidR="003B2960" w:rsidRPr="00621403" w14:paraId="78F5F64D" w14:textId="77777777" w:rsidTr="00116038">
        <w:trPr>
          <w:tblHeader/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84348B" w14:textId="58DED77F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Maes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asesu</w:t>
            </w:r>
            <w:proofErr w:type="spellEnd"/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E076FC" w14:textId="79C3F0B6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Pwyslais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dangosol</w:t>
            </w:r>
            <w:proofErr w:type="spellEnd"/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005A7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8E1F" w14:textId="7C8B2391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Beth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fydd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aseswyr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chwilio</w:t>
            </w:r>
            <w:proofErr w:type="spellEnd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b/>
                <w:color w:val="FFFFFF"/>
                <w:sz w:val="24"/>
                <w:szCs w:val="24"/>
              </w:rPr>
              <w:t>amdano</w:t>
            </w:r>
            <w:proofErr w:type="spellEnd"/>
          </w:p>
        </w:tc>
      </w:tr>
      <w:tr w:rsidR="003B2960" w:rsidRPr="00621403" w14:paraId="4E05A428" w14:textId="77777777" w:rsidTr="00116038">
        <w:trPr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F6ED46" w14:textId="51063B65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Tystiolaeth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angen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gwerth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ychwanegol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94F4D" w14:textId="1B63D045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Uchaf</w:t>
            </w:r>
            <w:proofErr w:type="spellEnd"/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411A4" w14:textId="7179F220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Tystiolaeth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glir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angen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cyfraniad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nodedig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gwerth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am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osgoi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dyblygu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7C95CB05" w14:textId="77777777" w:rsidTr="00116038">
        <w:trPr>
          <w:trHeight w:val="528"/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77BBB" w14:textId="6630A6FB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Iechyd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chynaliadwyedd</w:t>
            </w:r>
            <w:proofErr w:type="spellEnd"/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28FAD" w14:textId="6E7034BD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Uchaf</w:t>
            </w:r>
            <w:proofErr w:type="spellEnd"/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DE920D" w14:textId="45D7C32C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Cyllideb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realistig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gwydnwch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gallu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reoli'r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grant,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tystiolaeth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reolaethau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cymesur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ymagwedd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gredadwy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leihau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dibyniaeth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un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ffynhonnell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unig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3D3ADB6F" w14:textId="77777777" w:rsidTr="00116038">
        <w:trPr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A77E7" w14:textId="34588C8A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Aliniad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strategol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deilliannau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6A0C6" w14:textId="251812D7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Canolig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uchel</w:t>
            </w:r>
            <w:proofErr w:type="spellEnd"/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2AD2F" w14:textId="2E1774C7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Cyfraniad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cryf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at un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ragor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flaenoriaethau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strategol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y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Cynllun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chanlyniadau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clir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i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drigolion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neu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gymunedau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18CA4854" w14:textId="77777777" w:rsidTr="00116038">
        <w:trPr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0118CE" w14:textId="1A8D1CE9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r w:rsidRPr="00621403">
              <w:rPr>
                <w:rFonts w:cs="Arial"/>
                <w:sz w:val="24"/>
                <w:szCs w:val="24"/>
              </w:rPr>
              <w:t xml:space="preserve">Llywodraethu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chapasiti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14464" w14:textId="28E1FC90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Canolig</w:t>
            </w:r>
            <w:proofErr w:type="spellEnd"/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99AF3" w14:textId="46C4AEDF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Polisïau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diogelu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cydraddoldeb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rheolaeth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ariannol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  <w:tr w:rsidR="003B2960" w:rsidRPr="00621403" w14:paraId="2D359E43" w14:textId="77777777" w:rsidTr="00116038">
        <w:trPr>
          <w:trHeight w:val="322"/>
          <w:jc w:val="center"/>
        </w:trPr>
        <w:tc>
          <w:tcPr>
            <w:tcW w:w="2827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shd w:val="clear" w:color="auto" w:fill="EA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56F4C" w14:textId="7A4CB098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Tegwch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daearyddol</w:t>
            </w:r>
            <w:proofErr w:type="spellEnd"/>
          </w:p>
        </w:tc>
        <w:tc>
          <w:tcPr>
            <w:tcW w:w="2410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B739A" w14:textId="1485C7CF" w:rsidR="003B2960" w:rsidRPr="00621403" w:rsidRDefault="003F1AC7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Ystyriaeth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b</w:t>
            </w:r>
            <w:r w:rsidR="00A240CD" w:rsidRPr="00621403">
              <w:rPr>
                <w:rFonts w:cs="Arial"/>
                <w:sz w:val="24"/>
                <w:szCs w:val="24"/>
              </w:rPr>
              <w:t>ortf</w:t>
            </w:r>
            <w:r w:rsidRPr="00621403">
              <w:rPr>
                <w:rFonts w:cs="Arial"/>
                <w:sz w:val="24"/>
                <w:szCs w:val="24"/>
              </w:rPr>
              <w:t>f</w:t>
            </w:r>
            <w:r w:rsidR="00A240CD" w:rsidRPr="00621403">
              <w:rPr>
                <w:rFonts w:cs="Arial"/>
                <w:sz w:val="24"/>
                <w:szCs w:val="24"/>
              </w:rPr>
              <w:t>olio</w:t>
            </w:r>
            <w:proofErr w:type="spellEnd"/>
            <w:r w:rsidR="00A240CD" w:rsidRPr="006214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4971" w:type="dxa"/>
            <w:tcBorders>
              <w:top w:val="single" w:sz="6" w:space="0" w:color="D7E7EC"/>
              <w:left w:val="single" w:sz="6" w:space="0" w:color="D7E7EC"/>
              <w:bottom w:val="single" w:sz="6" w:space="0" w:color="D7E7EC"/>
              <w:right w:val="single" w:sz="6" w:space="0" w:color="D7E7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1EAF3D" w14:textId="4C301D10" w:rsidR="003B2960" w:rsidRPr="00621403" w:rsidRDefault="00751042" w:rsidP="00563360">
            <w:pPr>
              <w:spacing w:before="160" w:after="160" w:line="276" w:lineRule="auto"/>
              <w:rPr>
                <w:rFonts w:cs="Arial"/>
                <w:sz w:val="24"/>
                <w:szCs w:val="24"/>
              </w:rPr>
            </w:pPr>
            <w:proofErr w:type="spellStart"/>
            <w:r w:rsidRPr="00621403">
              <w:rPr>
                <w:rFonts w:cs="Arial"/>
                <w:sz w:val="24"/>
                <w:szCs w:val="24"/>
              </w:rPr>
              <w:t>Dosbarthiad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cyffredinol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gyllid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ar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draws Castell-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nedd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Port Talbot ac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ystyriaeth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gymunedau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sy'n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cael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eu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gwasanaethu'n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annigonol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lle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mae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tystiolaeth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yn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cefnogi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21403">
              <w:rPr>
                <w:rFonts w:cs="Arial"/>
                <w:sz w:val="24"/>
                <w:szCs w:val="24"/>
              </w:rPr>
              <w:t>hynny</w:t>
            </w:r>
            <w:proofErr w:type="spellEnd"/>
            <w:r w:rsidRPr="0062140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7D0547C7" w14:textId="2E648E01" w:rsidR="003B2960" w:rsidRPr="00621403" w:rsidRDefault="00116038" w:rsidP="00563360">
      <w:pPr>
        <w:pStyle w:val="Heading1"/>
        <w:spacing w:before="160" w:after="160" w:line="276" w:lineRule="auto"/>
        <w:rPr>
          <w:rFonts w:ascii="Arial" w:hAnsi="Arial" w:cs="Arial"/>
          <w:b w:val="0"/>
          <w:bCs w:val="0"/>
          <w:sz w:val="24"/>
          <w:szCs w:val="24"/>
        </w:rPr>
      </w:pPr>
      <w:bookmarkStart w:id="19" w:name="Grant_agreements"/>
      <w:bookmarkStart w:id="20" w:name="_Toc240874165"/>
      <w:r w:rsidRPr="00621403">
        <w:rPr>
          <w:rFonts w:ascii="Arial" w:hAnsi="Arial" w:cs="Arial"/>
          <w:b w:val="0"/>
          <w:bCs w:val="0"/>
          <w:sz w:val="24"/>
          <w:szCs w:val="24"/>
        </w:rPr>
        <w:lastRenderedPageBreak/>
        <w:t>1</w:t>
      </w:r>
      <w:r w:rsidR="00225DC2" w:rsidRPr="00621403">
        <w:rPr>
          <w:rFonts w:ascii="Arial" w:hAnsi="Arial" w:cs="Arial"/>
          <w:b w:val="0"/>
          <w:bCs w:val="0"/>
          <w:sz w:val="24"/>
          <w:szCs w:val="24"/>
        </w:rPr>
        <w:t>0</w:t>
      </w:r>
      <w:r w:rsidR="00A240CD" w:rsidRPr="00621403">
        <w:rPr>
          <w:rFonts w:ascii="Arial" w:hAnsi="Arial" w:cs="Arial"/>
          <w:b w:val="0"/>
          <w:bCs w:val="0"/>
          <w:sz w:val="24"/>
          <w:szCs w:val="24"/>
        </w:rPr>
        <w:t xml:space="preserve">. </w:t>
      </w:r>
      <w:bookmarkEnd w:id="19"/>
      <w:bookmarkEnd w:id="20"/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Cytundebau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grant,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monitro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ac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adolygu</w:t>
      </w:r>
      <w:proofErr w:type="spellEnd"/>
    </w:p>
    <w:p w14:paraId="6B71754B" w14:textId="77777777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gofyn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ymgeiswyr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llwyddiannus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ymrwymo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gytundeb</w:t>
      </w:r>
      <w:proofErr w:type="spellEnd"/>
      <w:r w:rsidRPr="00621403">
        <w:rPr>
          <w:rFonts w:cs="Arial"/>
          <w:sz w:val="24"/>
          <w:szCs w:val="24"/>
        </w:rPr>
        <w:t xml:space="preserve"> grant. </w:t>
      </w: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cytundebau</w:t>
      </w:r>
      <w:proofErr w:type="spellEnd"/>
      <w:r w:rsidRPr="00621403">
        <w:rPr>
          <w:rFonts w:cs="Arial"/>
          <w:sz w:val="24"/>
          <w:szCs w:val="24"/>
        </w:rPr>
        <w:t xml:space="preserve"> grant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nodi </w:t>
      </w:r>
      <w:proofErr w:type="spellStart"/>
      <w:r w:rsidRPr="00621403">
        <w:rPr>
          <w:rFonts w:cs="Arial"/>
          <w:sz w:val="24"/>
          <w:szCs w:val="24"/>
        </w:rPr>
        <w:t>amodau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gofynion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monitro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rhwymedigaethau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adrodd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trefniadau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amgylchiadau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gellir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amrywio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atal</w:t>
      </w:r>
      <w:proofErr w:type="spellEnd"/>
      <w:r w:rsidRPr="00621403">
        <w:rPr>
          <w:rFonts w:cs="Arial"/>
          <w:sz w:val="24"/>
          <w:szCs w:val="24"/>
        </w:rPr>
        <w:t xml:space="preserve"> neu </w:t>
      </w:r>
      <w:proofErr w:type="spellStart"/>
      <w:r w:rsidRPr="00621403">
        <w:rPr>
          <w:rFonts w:cs="Arial"/>
          <w:sz w:val="24"/>
          <w:szCs w:val="24"/>
        </w:rPr>
        <w:t>adennill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cyllid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5C4484A3" w14:textId="4AEA036A" w:rsidR="003B2960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trefniadau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monitro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adolygu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perfformiad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berthnasol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drwy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gydol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cyfnod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ariannu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Cynhelir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ffurfiol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cytuno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unrhyw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estyniad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flynedd</w:t>
      </w:r>
      <w:proofErr w:type="spellEnd"/>
      <w:r w:rsidRPr="00621403">
        <w:rPr>
          <w:rFonts w:cs="Arial"/>
          <w:sz w:val="24"/>
          <w:szCs w:val="24"/>
        </w:rPr>
        <w:t xml:space="preserve"> o dan y model 3+2. </w:t>
      </w:r>
      <w:proofErr w:type="spellStart"/>
      <w:r w:rsidRPr="00621403">
        <w:rPr>
          <w:rFonts w:cs="Arial"/>
          <w:sz w:val="24"/>
          <w:szCs w:val="24"/>
        </w:rPr>
        <w:t>Dylai'r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adolygiad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ystyried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cyflawniad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erbyn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canlyniadau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cytunwyd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arnynt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cydymffurfiaeth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gofynion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llywodraethu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diogelu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cynnydd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cynaliadwyedd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unrhyw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risgiau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gyflawniad</w:t>
      </w:r>
      <w:proofErr w:type="spellEnd"/>
      <w:r w:rsidRPr="00621403">
        <w:rPr>
          <w:rFonts w:cs="Arial"/>
          <w:sz w:val="24"/>
          <w:szCs w:val="24"/>
        </w:rPr>
        <w:t xml:space="preserve"> neu </w:t>
      </w:r>
      <w:proofErr w:type="spellStart"/>
      <w:r w:rsidRPr="00621403">
        <w:rPr>
          <w:rFonts w:cs="Arial"/>
          <w:sz w:val="24"/>
          <w:szCs w:val="24"/>
        </w:rPr>
        <w:t>gyllid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cyhoeddus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0A2C5089" w14:textId="18591035" w:rsidR="003B2960" w:rsidRPr="00621403" w:rsidRDefault="00A240CD" w:rsidP="00563360">
      <w:pPr>
        <w:pStyle w:val="Heading1"/>
        <w:spacing w:before="160" w:after="160" w:line="276" w:lineRule="auto"/>
        <w:rPr>
          <w:rFonts w:ascii="Arial" w:hAnsi="Arial" w:cs="Arial"/>
          <w:sz w:val="24"/>
          <w:szCs w:val="24"/>
        </w:rPr>
      </w:pPr>
      <w:bookmarkStart w:id="21" w:name="Communication"/>
      <w:bookmarkStart w:id="22" w:name="_Toc240874166"/>
      <w:r w:rsidRPr="00621403">
        <w:rPr>
          <w:rFonts w:ascii="Arial" w:hAnsi="Arial" w:cs="Arial"/>
          <w:b w:val="0"/>
          <w:sz w:val="24"/>
          <w:szCs w:val="24"/>
        </w:rPr>
        <w:t>1</w:t>
      </w:r>
      <w:r w:rsidR="00225DC2" w:rsidRPr="00621403">
        <w:rPr>
          <w:rFonts w:ascii="Arial" w:hAnsi="Arial" w:cs="Arial"/>
          <w:b w:val="0"/>
          <w:sz w:val="24"/>
          <w:szCs w:val="24"/>
        </w:rPr>
        <w:t>1</w:t>
      </w:r>
      <w:r w:rsidRPr="00621403">
        <w:rPr>
          <w:rFonts w:ascii="Arial" w:hAnsi="Arial" w:cs="Arial"/>
          <w:b w:val="0"/>
          <w:sz w:val="24"/>
          <w:szCs w:val="24"/>
        </w:rPr>
        <w:t xml:space="preserve">. </w:t>
      </w:r>
      <w:bookmarkEnd w:id="21"/>
      <w:bookmarkEnd w:id="22"/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Cyfathrebu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,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adborth</w:t>
      </w:r>
      <w:proofErr w:type="spellEnd"/>
      <w:r w:rsidR="003F5B1B" w:rsidRPr="00621403">
        <w:rPr>
          <w:rFonts w:ascii="Arial" w:hAnsi="Arial" w:cs="Arial"/>
          <w:b w:val="0"/>
          <w:sz w:val="24"/>
          <w:szCs w:val="24"/>
        </w:rPr>
        <w:t xml:space="preserve"> a </w:t>
      </w:r>
      <w:proofErr w:type="spellStart"/>
      <w:r w:rsidR="003F5B1B" w:rsidRPr="00621403">
        <w:rPr>
          <w:rFonts w:ascii="Arial" w:hAnsi="Arial" w:cs="Arial"/>
          <w:b w:val="0"/>
          <w:sz w:val="24"/>
          <w:szCs w:val="24"/>
        </w:rPr>
        <w:t>chymorth</w:t>
      </w:r>
      <w:proofErr w:type="spellEnd"/>
    </w:p>
    <w:p w14:paraId="1E40CA13" w14:textId="67C0DF1A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Cynlluniwyd</w:t>
      </w:r>
      <w:proofErr w:type="spellEnd"/>
      <w:r w:rsidRPr="00621403">
        <w:rPr>
          <w:rFonts w:cs="Arial"/>
          <w:sz w:val="24"/>
          <w:szCs w:val="24"/>
        </w:rPr>
        <w:t xml:space="preserve"> y Cynllun i </w:t>
      </w:r>
      <w:proofErr w:type="spellStart"/>
      <w:r w:rsidRPr="00621403">
        <w:rPr>
          <w:rFonts w:cs="Arial"/>
          <w:sz w:val="24"/>
          <w:szCs w:val="24"/>
        </w:rPr>
        <w:t>gefnogi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cyfathrebu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cliriach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mwy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strwythuredig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gydag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ymgeiswyr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sefydliadau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gramStart"/>
      <w:r w:rsidRPr="00621403">
        <w:rPr>
          <w:rFonts w:cs="Arial"/>
          <w:sz w:val="24"/>
          <w:szCs w:val="24"/>
        </w:rPr>
        <w:t>a</w:t>
      </w:r>
      <w:proofErr w:type="gram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ariennir</w:t>
      </w:r>
      <w:proofErr w:type="spellEnd"/>
      <w:r w:rsidRPr="00621403">
        <w:rPr>
          <w:rFonts w:cs="Arial"/>
          <w:sz w:val="24"/>
          <w:szCs w:val="24"/>
        </w:rPr>
        <w:t xml:space="preserve">. Mae </w:t>
      </w:r>
      <w:proofErr w:type="spellStart"/>
      <w:r w:rsidRPr="00621403">
        <w:rPr>
          <w:rFonts w:cs="Arial"/>
          <w:sz w:val="24"/>
          <w:szCs w:val="24"/>
        </w:rPr>
        <w:t>hyn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cynnwys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cyhoeddi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meini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prawf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monitro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disgwyliadau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ymlaen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llaw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gan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roi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gwybod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ymgeiswyr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ystod</w:t>
      </w:r>
      <w:proofErr w:type="spellEnd"/>
      <w:r w:rsidRPr="00621403">
        <w:rPr>
          <w:rFonts w:cs="Arial"/>
          <w:sz w:val="24"/>
          <w:szCs w:val="24"/>
        </w:rPr>
        <w:t xml:space="preserve"> y broses a </w:t>
      </w:r>
      <w:proofErr w:type="spellStart"/>
      <w:r w:rsidRPr="00621403">
        <w:rPr>
          <w:rFonts w:cs="Arial"/>
          <w:sz w:val="24"/>
          <w:szCs w:val="24"/>
        </w:rPr>
        <w:t>darparu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cyfathrebu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cyfrinachol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amserol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benderfyniadau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3694EB4F" w14:textId="77777777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pob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ymgeisydd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derbyn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cyfathrebu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clir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ynghylch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canlyniad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cais</w:t>
      </w:r>
      <w:proofErr w:type="spellEnd"/>
      <w:r w:rsidRPr="00621403">
        <w:rPr>
          <w:rFonts w:cs="Arial"/>
          <w:sz w:val="24"/>
          <w:szCs w:val="24"/>
        </w:rPr>
        <w:t xml:space="preserve">. </w:t>
      </w: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trefniadau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adborth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tryloywder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helpu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sefydliadau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ddeall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sut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cyrhaeddwyd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penderfyniadau</w:t>
      </w:r>
      <w:proofErr w:type="spellEnd"/>
      <w:r w:rsidRPr="00621403">
        <w:rPr>
          <w:rFonts w:cs="Arial"/>
          <w:sz w:val="24"/>
          <w:szCs w:val="24"/>
        </w:rPr>
        <w:t xml:space="preserve">. Pan </w:t>
      </w:r>
      <w:proofErr w:type="spellStart"/>
      <w:r w:rsidRPr="00621403">
        <w:rPr>
          <w:rFonts w:cs="Arial"/>
          <w:sz w:val="24"/>
          <w:szCs w:val="24"/>
        </w:rPr>
        <w:t>fydd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ceisiadau'n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aflwyddiannus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yr </w:t>
      </w:r>
      <w:proofErr w:type="spellStart"/>
      <w:r w:rsidRPr="00621403">
        <w:rPr>
          <w:rFonts w:cs="Arial"/>
          <w:sz w:val="24"/>
          <w:szCs w:val="24"/>
        </w:rPr>
        <w:t>adborth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gymesur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adeiladol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78189990" w14:textId="62C831E8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hefyd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datblygu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tudalennau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gwe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dogfennau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cais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meini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prawf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chanllawiau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Cwestiynau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Cyffredin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llwybr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pwrpasol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gyfer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ymholiadau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rhan</w:t>
      </w:r>
      <w:proofErr w:type="spellEnd"/>
      <w:r w:rsidRPr="00621403">
        <w:rPr>
          <w:rFonts w:cs="Arial"/>
          <w:sz w:val="24"/>
          <w:szCs w:val="24"/>
        </w:rPr>
        <w:t xml:space="preserve"> o </w:t>
      </w:r>
      <w:proofErr w:type="spellStart"/>
      <w:r w:rsidRPr="00621403">
        <w:rPr>
          <w:rFonts w:cs="Arial"/>
          <w:sz w:val="24"/>
          <w:szCs w:val="24"/>
        </w:rPr>
        <w:t>gynllunio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gweithredu</w:t>
      </w:r>
      <w:proofErr w:type="spellEnd"/>
      <w:r w:rsidRPr="00621403">
        <w:rPr>
          <w:rFonts w:cs="Arial"/>
          <w:sz w:val="24"/>
          <w:szCs w:val="24"/>
        </w:rPr>
        <w:t>.</w:t>
      </w:r>
      <w:bookmarkStart w:id="23" w:name="Governance"/>
      <w:bookmarkStart w:id="24" w:name="_Toc240874167"/>
    </w:p>
    <w:p w14:paraId="13158C56" w14:textId="6D06F32B" w:rsidR="007F6CEE" w:rsidRPr="00621403" w:rsidRDefault="00A240CD" w:rsidP="00563360">
      <w:pPr>
        <w:spacing w:before="160" w:after="160" w:line="276" w:lineRule="auto"/>
        <w:rPr>
          <w:rFonts w:cs="Arial"/>
          <w:b/>
          <w:color w:val="005A70"/>
          <w:sz w:val="24"/>
          <w:szCs w:val="24"/>
        </w:rPr>
      </w:pPr>
      <w:r w:rsidRPr="00621403">
        <w:rPr>
          <w:rFonts w:cs="Arial"/>
          <w:color w:val="005A70"/>
          <w:sz w:val="24"/>
          <w:szCs w:val="24"/>
        </w:rPr>
        <w:t>1</w:t>
      </w:r>
      <w:r w:rsidR="00225DC2" w:rsidRPr="00621403">
        <w:rPr>
          <w:rFonts w:cs="Arial"/>
          <w:color w:val="005A70"/>
          <w:sz w:val="24"/>
          <w:szCs w:val="24"/>
        </w:rPr>
        <w:t>2</w:t>
      </w:r>
      <w:r w:rsidRPr="00621403">
        <w:rPr>
          <w:rFonts w:cs="Arial"/>
          <w:color w:val="005A70"/>
          <w:sz w:val="24"/>
          <w:szCs w:val="24"/>
        </w:rPr>
        <w:t xml:space="preserve">. </w:t>
      </w:r>
      <w:bookmarkEnd w:id="23"/>
      <w:bookmarkEnd w:id="24"/>
      <w:r w:rsidR="003F5B1B" w:rsidRPr="00621403">
        <w:rPr>
          <w:rFonts w:cs="Arial"/>
          <w:color w:val="005A70"/>
          <w:sz w:val="24"/>
          <w:szCs w:val="24"/>
        </w:rPr>
        <w:t xml:space="preserve">Llywodraethu, </w:t>
      </w:r>
      <w:proofErr w:type="spellStart"/>
      <w:r w:rsidR="003F5B1B" w:rsidRPr="00621403">
        <w:rPr>
          <w:rFonts w:cs="Arial"/>
          <w:color w:val="005A70"/>
          <w:sz w:val="24"/>
          <w:szCs w:val="24"/>
        </w:rPr>
        <w:t>risg</w:t>
      </w:r>
      <w:proofErr w:type="spellEnd"/>
      <w:r w:rsidR="003F5B1B" w:rsidRPr="00621403">
        <w:rPr>
          <w:rFonts w:cs="Arial"/>
          <w:color w:val="005A70"/>
          <w:sz w:val="24"/>
          <w:szCs w:val="24"/>
        </w:rPr>
        <w:t xml:space="preserve"> ac </w:t>
      </w:r>
      <w:proofErr w:type="spellStart"/>
      <w:r w:rsidR="003F5B1B" w:rsidRPr="00621403">
        <w:rPr>
          <w:rFonts w:cs="Arial"/>
          <w:color w:val="005A70"/>
          <w:sz w:val="24"/>
          <w:szCs w:val="24"/>
        </w:rPr>
        <w:t>ystyriaethau</w:t>
      </w:r>
      <w:proofErr w:type="spellEnd"/>
      <w:r w:rsidR="003F5B1B" w:rsidRPr="00621403">
        <w:rPr>
          <w:rFonts w:cs="Arial"/>
          <w:color w:val="005A70"/>
          <w:sz w:val="24"/>
          <w:szCs w:val="24"/>
        </w:rPr>
        <w:t xml:space="preserve"> </w:t>
      </w:r>
      <w:proofErr w:type="spellStart"/>
      <w:r w:rsidR="003F5B1B" w:rsidRPr="00621403">
        <w:rPr>
          <w:rFonts w:cs="Arial"/>
          <w:color w:val="005A70"/>
          <w:sz w:val="24"/>
          <w:szCs w:val="24"/>
        </w:rPr>
        <w:t>statudol</w:t>
      </w:r>
      <w:proofErr w:type="spellEnd"/>
    </w:p>
    <w:p w14:paraId="4C09B006" w14:textId="77777777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Mae'r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diwygiedig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cyflwyno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fframwaith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tryloyw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gyfer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asesu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dyfarnu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monitro</w:t>
      </w:r>
      <w:proofErr w:type="spellEnd"/>
      <w:r w:rsidRPr="00621403">
        <w:rPr>
          <w:rFonts w:cs="Arial"/>
          <w:sz w:val="24"/>
          <w:szCs w:val="24"/>
        </w:rPr>
        <w:t xml:space="preserve"> ac </w:t>
      </w:r>
      <w:proofErr w:type="spellStart"/>
      <w:r w:rsidRPr="00621403">
        <w:rPr>
          <w:rFonts w:cs="Arial"/>
          <w:sz w:val="24"/>
          <w:szCs w:val="24"/>
        </w:rPr>
        <w:t>adolygu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cyllid</w:t>
      </w:r>
      <w:proofErr w:type="spellEnd"/>
      <w:r w:rsidRPr="00621403">
        <w:rPr>
          <w:rFonts w:cs="Arial"/>
          <w:sz w:val="24"/>
          <w:szCs w:val="24"/>
        </w:rPr>
        <w:t xml:space="preserve"> grant. </w:t>
      </w:r>
      <w:proofErr w:type="spellStart"/>
      <w:r w:rsidRPr="00621403">
        <w:rPr>
          <w:rFonts w:cs="Arial"/>
          <w:sz w:val="24"/>
          <w:szCs w:val="24"/>
        </w:rPr>
        <w:t>Bwriad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hyn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cryfhau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atebolrwydd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sicrhau</w:t>
      </w:r>
      <w:proofErr w:type="spellEnd"/>
      <w:r w:rsidRPr="00621403">
        <w:rPr>
          <w:rFonts w:cs="Arial"/>
          <w:sz w:val="24"/>
          <w:szCs w:val="24"/>
        </w:rPr>
        <w:t xml:space="preserve"> bod </w:t>
      </w:r>
      <w:proofErr w:type="spellStart"/>
      <w:r w:rsidRPr="00621403">
        <w:rPr>
          <w:rFonts w:cs="Arial"/>
          <w:sz w:val="24"/>
          <w:szCs w:val="24"/>
        </w:rPr>
        <w:t>cyllid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cyhoeddus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ddyrannu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mewn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ffordd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sy'n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blaenoriaethau'r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Cyngor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gwerth</w:t>
      </w:r>
      <w:proofErr w:type="spellEnd"/>
      <w:r w:rsidRPr="00621403">
        <w:rPr>
          <w:rFonts w:cs="Arial"/>
          <w:sz w:val="24"/>
          <w:szCs w:val="24"/>
        </w:rPr>
        <w:t xml:space="preserve"> am </w:t>
      </w:r>
      <w:proofErr w:type="spellStart"/>
      <w:r w:rsidRPr="00621403">
        <w:rPr>
          <w:rFonts w:cs="Arial"/>
          <w:sz w:val="24"/>
          <w:szCs w:val="24"/>
        </w:rPr>
        <w:t>arian</w:t>
      </w:r>
      <w:proofErr w:type="spellEnd"/>
      <w:r w:rsidRPr="00621403">
        <w:rPr>
          <w:rFonts w:cs="Arial"/>
          <w:sz w:val="24"/>
          <w:szCs w:val="24"/>
        </w:rPr>
        <w:t>.</w:t>
      </w:r>
    </w:p>
    <w:p w14:paraId="2AB2B3FE" w14:textId="77777777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y </w:t>
      </w:r>
      <w:proofErr w:type="spellStart"/>
      <w:r w:rsidRPr="00621403">
        <w:rPr>
          <w:rFonts w:cs="Arial"/>
          <w:sz w:val="24"/>
          <w:szCs w:val="24"/>
        </w:rPr>
        <w:t>Cynllun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weithredu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gan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roi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sylw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dyledus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ddyletswyddau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statudol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perthnasol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gan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gynnwys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dyletswyddau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cydraddoldeb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Safonau'r</w:t>
      </w:r>
      <w:proofErr w:type="spellEnd"/>
      <w:r w:rsidRPr="00621403">
        <w:rPr>
          <w:rFonts w:cs="Arial"/>
          <w:sz w:val="24"/>
          <w:szCs w:val="24"/>
        </w:rPr>
        <w:t xml:space="preserve"> Iaith Gymraeg, a </w:t>
      </w:r>
      <w:proofErr w:type="spellStart"/>
      <w:r w:rsidRPr="00621403">
        <w:rPr>
          <w:rFonts w:cs="Arial"/>
          <w:sz w:val="24"/>
          <w:szCs w:val="24"/>
        </w:rPr>
        <w:t>Deddf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Llesiant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Cenedlaethau'r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Dyfodol</w:t>
      </w:r>
      <w:proofErr w:type="spellEnd"/>
      <w:r w:rsidRPr="00621403">
        <w:rPr>
          <w:rFonts w:cs="Arial"/>
          <w:sz w:val="24"/>
          <w:szCs w:val="24"/>
        </w:rPr>
        <w:t xml:space="preserve"> (Cymru) 2015.</w:t>
      </w:r>
    </w:p>
    <w:p w14:paraId="7558E6CF" w14:textId="24AFDAA3" w:rsidR="003F5B1B" w:rsidRPr="00621403" w:rsidRDefault="003F5B1B" w:rsidP="00563360">
      <w:pPr>
        <w:spacing w:before="160" w:after="160" w:line="276" w:lineRule="auto"/>
        <w:rPr>
          <w:rFonts w:cs="Arial"/>
          <w:sz w:val="24"/>
          <w:szCs w:val="24"/>
        </w:rPr>
      </w:pPr>
      <w:proofErr w:type="spellStart"/>
      <w:r w:rsidRPr="00621403">
        <w:rPr>
          <w:rFonts w:cs="Arial"/>
          <w:sz w:val="24"/>
          <w:szCs w:val="24"/>
        </w:rPr>
        <w:t>Bydd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diwydrwydd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dyladwy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priodol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yn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cael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wneud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mewn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perthynas</w:t>
      </w:r>
      <w:proofErr w:type="spellEnd"/>
      <w:r w:rsidRPr="00621403">
        <w:rPr>
          <w:rFonts w:cs="Arial"/>
          <w:sz w:val="24"/>
          <w:szCs w:val="24"/>
        </w:rPr>
        <w:t xml:space="preserve"> ag </w:t>
      </w:r>
      <w:proofErr w:type="spellStart"/>
      <w:r w:rsidRPr="00621403">
        <w:rPr>
          <w:rFonts w:cs="Arial"/>
          <w:sz w:val="24"/>
          <w:szCs w:val="24"/>
        </w:rPr>
        <w:t>ymgeiswyr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llwyddiannus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gan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gynnwys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diogelu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cydraddoldeb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llywodraethu</w:t>
      </w:r>
      <w:proofErr w:type="spellEnd"/>
      <w:r w:rsidRPr="00621403">
        <w:rPr>
          <w:rFonts w:cs="Arial"/>
          <w:sz w:val="24"/>
          <w:szCs w:val="24"/>
        </w:rPr>
        <w:t xml:space="preserve">, </w:t>
      </w:r>
      <w:proofErr w:type="spellStart"/>
      <w:r w:rsidRPr="00621403">
        <w:rPr>
          <w:rFonts w:cs="Arial"/>
          <w:sz w:val="24"/>
          <w:szCs w:val="24"/>
        </w:rPr>
        <w:t>rheolaeth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ariannol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gofynion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cyfreithiol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perthnasol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eraill</w:t>
      </w:r>
      <w:proofErr w:type="spellEnd"/>
      <w:r w:rsidRPr="00621403">
        <w:rPr>
          <w:rFonts w:cs="Arial"/>
          <w:sz w:val="24"/>
          <w:szCs w:val="24"/>
        </w:rPr>
        <w:t xml:space="preserve">. Cedwir </w:t>
      </w:r>
      <w:proofErr w:type="spellStart"/>
      <w:r w:rsidRPr="00621403">
        <w:rPr>
          <w:rFonts w:cs="Arial"/>
          <w:sz w:val="24"/>
          <w:szCs w:val="24"/>
        </w:rPr>
        <w:t>cofnodion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asesu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gwneud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penderfyniadau</w:t>
      </w:r>
      <w:proofErr w:type="spellEnd"/>
      <w:r w:rsidRPr="00621403">
        <w:rPr>
          <w:rFonts w:cs="Arial"/>
          <w:sz w:val="24"/>
          <w:szCs w:val="24"/>
        </w:rPr>
        <w:t xml:space="preserve"> i </w:t>
      </w:r>
      <w:proofErr w:type="spellStart"/>
      <w:r w:rsidRPr="00621403">
        <w:rPr>
          <w:rFonts w:cs="Arial"/>
          <w:sz w:val="24"/>
          <w:szCs w:val="24"/>
        </w:rPr>
        <w:t>gefnogi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atebolrwydd</w:t>
      </w:r>
      <w:proofErr w:type="spellEnd"/>
      <w:r w:rsidRPr="00621403">
        <w:rPr>
          <w:rFonts w:cs="Arial"/>
          <w:sz w:val="24"/>
          <w:szCs w:val="24"/>
        </w:rPr>
        <w:t xml:space="preserve"> a </w:t>
      </w:r>
      <w:proofErr w:type="spellStart"/>
      <w:r w:rsidRPr="00621403">
        <w:rPr>
          <w:rFonts w:cs="Arial"/>
          <w:sz w:val="24"/>
          <w:szCs w:val="24"/>
        </w:rPr>
        <w:t>lleihau'r</w:t>
      </w:r>
      <w:proofErr w:type="spellEnd"/>
      <w:r w:rsidRPr="00621403">
        <w:rPr>
          <w:rFonts w:cs="Arial"/>
          <w:sz w:val="24"/>
          <w:szCs w:val="24"/>
        </w:rPr>
        <w:t xml:space="preserve"> </w:t>
      </w:r>
      <w:proofErr w:type="spellStart"/>
      <w:r w:rsidRPr="00621403">
        <w:rPr>
          <w:rFonts w:cs="Arial"/>
          <w:sz w:val="24"/>
          <w:szCs w:val="24"/>
        </w:rPr>
        <w:t>risg</w:t>
      </w:r>
      <w:proofErr w:type="spellEnd"/>
      <w:r w:rsidRPr="00621403">
        <w:rPr>
          <w:rFonts w:cs="Arial"/>
          <w:sz w:val="24"/>
          <w:szCs w:val="24"/>
        </w:rPr>
        <w:t xml:space="preserve"> o her.</w:t>
      </w:r>
    </w:p>
    <w:p w14:paraId="48038878" w14:textId="3178FAC1" w:rsidR="00DC0717" w:rsidRPr="00621403" w:rsidRDefault="007F6CEE" w:rsidP="00563360">
      <w:pPr>
        <w:pStyle w:val="Heading1"/>
        <w:spacing w:before="160" w:after="160" w:line="276" w:lineRule="auto"/>
        <w:rPr>
          <w:rFonts w:ascii="Arial" w:hAnsi="Arial" w:cs="Arial"/>
          <w:b w:val="0"/>
          <w:bCs w:val="0"/>
          <w:sz w:val="24"/>
          <w:szCs w:val="24"/>
        </w:rPr>
      </w:pPr>
      <w:bookmarkStart w:id="25" w:name="_Toc240874168"/>
      <w:r w:rsidRPr="00621403">
        <w:rPr>
          <w:rFonts w:ascii="Arial" w:hAnsi="Arial" w:cs="Arial"/>
          <w:b w:val="0"/>
          <w:bCs w:val="0"/>
          <w:sz w:val="24"/>
          <w:szCs w:val="24"/>
        </w:rPr>
        <w:t xml:space="preserve">13. </w:t>
      </w:r>
      <w:bookmarkEnd w:id="25"/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Effaith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/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effeithiau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ar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yr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iaith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>Gymraeg</w:t>
      </w:r>
      <w:proofErr w:type="spellEnd"/>
      <w:r w:rsidR="003F5B1B" w:rsidRPr="00621403">
        <w:rPr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5091749D" w14:textId="5E92C50C" w:rsidR="003F5B1B" w:rsidRPr="00621403" w:rsidRDefault="003F5B1B" w:rsidP="00563360">
      <w:pPr>
        <w:spacing w:before="160" w:after="160" w:line="276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621403">
        <w:rPr>
          <w:rFonts w:cs="Arial"/>
          <w:color w:val="000000" w:themeColor="text1"/>
          <w:sz w:val="24"/>
          <w:szCs w:val="24"/>
        </w:rPr>
        <w:t>Cynhaliwyd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asesiad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effaith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gramStart"/>
      <w:r w:rsidRPr="00621403">
        <w:rPr>
          <w:rFonts w:cs="Arial"/>
          <w:color w:val="000000" w:themeColor="text1"/>
          <w:sz w:val="24"/>
          <w:szCs w:val="24"/>
        </w:rPr>
        <w:t>a</w:t>
      </w:r>
      <w:proofErr w:type="gram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oedd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cynnwys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ystyriaeth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effaith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bosibl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cynllun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diwygiedig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gyfleoedd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i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bobl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ddefnyddio'r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Gymraeg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ac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sicrhau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nad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yw'r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Gymraeg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cael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thrin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llai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ffafriol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na'r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Saesneg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>.</w:t>
      </w:r>
    </w:p>
    <w:p w14:paraId="77338432" w14:textId="77777777" w:rsidR="003F5B1B" w:rsidRPr="00621403" w:rsidRDefault="003F5B1B" w:rsidP="00563360">
      <w:pPr>
        <w:spacing w:before="160" w:after="160" w:line="276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621403">
        <w:rPr>
          <w:rFonts w:cs="Arial"/>
          <w:color w:val="000000" w:themeColor="text1"/>
          <w:sz w:val="24"/>
          <w:szCs w:val="24"/>
        </w:rPr>
        <w:lastRenderedPageBreak/>
        <w:t>Daeth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yr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asesiad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i'r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casgliad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bydd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effaith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niwtral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o ran y broses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ymgeisio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bydd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deunyddiau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ymgeisio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canllawiau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chyfathrebu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ddwyieithog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ac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ni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chaiff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ceisiadau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dderbynnir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Gymraeg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trin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llai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ffafriol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na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cheisiadau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gyflwynir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Saesneg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;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sicrhau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bod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ymgeiswyr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sy'n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siarad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Cymraeg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gallu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cymryd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rhan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ac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ymgeisio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sail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gyfartal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>.</w:t>
      </w:r>
    </w:p>
    <w:p w14:paraId="0E637837" w14:textId="34088188" w:rsidR="003F5B1B" w:rsidRPr="00621403" w:rsidRDefault="003F5B1B" w:rsidP="00563360">
      <w:pPr>
        <w:spacing w:before="160" w:after="160" w:line="276" w:lineRule="auto"/>
        <w:rPr>
          <w:rFonts w:cs="Arial"/>
          <w:color w:val="000000" w:themeColor="text1"/>
          <w:sz w:val="24"/>
          <w:szCs w:val="24"/>
        </w:rPr>
      </w:pPr>
      <w:r w:rsidRPr="00621403">
        <w:rPr>
          <w:rFonts w:cs="Arial"/>
          <w:color w:val="000000" w:themeColor="text1"/>
          <w:sz w:val="24"/>
          <w:szCs w:val="24"/>
        </w:rPr>
        <w:t xml:space="preserve">Yn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ogystal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gallai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fod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effeithiau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cadarnhaol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os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derbynnir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ceisiadau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llwyddiannus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sefydliadau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sy'n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cefnogi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gweithgareddau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cymunedol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cynhwysiant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llesiant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mynediad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at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wasanaethau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mewn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cymunedau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Cymraeg neu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gyfer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siaradwyr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Cymraeg.</w:t>
      </w:r>
    </w:p>
    <w:p w14:paraId="469B51A3" w14:textId="77777777" w:rsidR="003F5B1B" w:rsidRPr="00621403" w:rsidRDefault="003F5B1B" w:rsidP="00563360">
      <w:pPr>
        <w:spacing w:before="160" w:after="160" w:line="276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621403">
        <w:rPr>
          <w:rFonts w:cs="Arial"/>
          <w:color w:val="000000" w:themeColor="text1"/>
          <w:sz w:val="24"/>
          <w:szCs w:val="24"/>
        </w:rPr>
        <w:t>Bydd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yr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ymgynghoriad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gwahodd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ymatebwyr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i nodi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unrhyw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effaith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(neu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effeithiau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)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maent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rhagweld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Caiff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yr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Asesiad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Effaith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Gymraeg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ei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adolygu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dilyn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yr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ymgynghoriad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gan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ystyried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unrhyw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adborth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dderbynnir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ynghylch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effeithiau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posibl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Gymraeg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neu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ar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621403">
        <w:rPr>
          <w:rFonts w:cs="Arial"/>
          <w:color w:val="000000" w:themeColor="text1"/>
          <w:sz w:val="24"/>
          <w:szCs w:val="24"/>
        </w:rPr>
        <w:t>gymunedau</w:t>
      </w:r>
      <w:proofErr w:type="spellEnd"/>
      <w:r w:rsidRPr="00621403">
        <w:rPr>
          <w:rFonts w:cs="Arial"/>
          <w:color w:val="000000" w:themeColor="text1"/>
          <w:sz w:val="24"/>
          <w:szCs w:val="24"/>
        </w:rPr>
        <w:t xml:space="preserve"> Cymraeg.</w:t>
      </w:r>
    </w:p>
    <w:p w14:paraId="1743D9A4" w14:textId="77777777" w:rsidR="00A240CD" w:rsidRPr="00621403" w:rsidRDefault="00A240CD" w:rsidP="00563360">
      <w:pPr>
        <w:spacing w:before="160" w:after="160" w:line="276" w:lineRule="auto"/>
        <w:rPr>
          <w:rFonts w:cs="Arial"/>
          <w:sz w:val="24"/>
          <w:szCs w:val="24"/>
        </w:rPr>
      </w:pPr>
    </w:p>
    <w:sectPr w:rsidR="00A240CD" w:rsidRPr="00621403" w:rsidSect="00116038">
      <w:footerReference w:type="default" r:id="rId8"/>
      <w:headerReference w:type="first" r:id="rId9"/>
      <w:pgSz w:w="12240" w:h="15840"/>
      <w:pgMar w:top="936" w:right="1008" w:bottom="936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FBA1" w14:textId="77777777" w:rsidR="000A2230" w:rsidRDefault="000A2230">
      <w:pPr>
        <w:spacing w:after="0" w:line="240" w:lineRule="auto"/>
      </w:pPr>
      <w:r>
        <w:separator/>
      </w:r>
    </w:p>
  </w:endnote>
  <w:endnote w:type="continuationSeparator" w:id="0">
    <w:p w14:paraId="3D3C9B16" w14:textId="77777777" w:rsidR="000A2230" w:rsidRDefault="000A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FB88" w14:textId="59A035C6" w:rsidR="003924B3" w:rsidRPr="003924B3" w:rsidRDefault="003F5B1B">
    <w:pPr>
      <w:pStyle w:val="Footer"/>
      <w:rPr>
        <w:i/>
        <w:iCs/>
        <w:color w:val="808080" w:themeColor="background1" w:themeShade="80"/>
      </w:rPr>
    </w:pPr>
    <w:proofErr w:type="spellStart"/>
    <w:r>
      <w:rPr>
        <w:i/>
        <w:iCs/>
        <w:color w:val="808080" w:themeColor="background1" w:themeShade="80"/>
      </w:rPr>
      <w:t>Fersiwn</w:t>
    </w:r>
    <w:proofErr w:type="spellEnd"/>
    <w:r w:rsidR="003924B3" w:rsidRPr="003924B3">
      <w:rPr>
        <w:i/>
        <w:iCs/>
        <w:color w:val="808080" w:themeColor="background1" w:themeShade="80"/>
      </w:rPr>
      <w:t xml:space="preserve"> 1 – </w:t>
    </w:r>
    <w:r>
      <w:rPr>
        <w:i/>
        <w:iCs/>
        <w:color w:val="808080" w:themeColor="background1" w:themeShade="80"/>
      </w:rPr>
      <w:t>Medi</w:t>
    </w:r>
    <w:r w:rsidR="003924B3" w:rsidRPr="003924B3">
      <w:rPr>
        <w:i/>
        <w:iCs/>
        <w:color w:val="808080" w:themeColor="background1" w:themeShade="80"/>
      </w:rPr>
      <w:t xml:space="preserve"> 2026</w:t>
    </w:r>
  </w:p>
  <w:p w14:paraId="7A7F366B" w14:textId="2A6A46CC" w:rsidR="003B2960" w:rsidRDefault="003B296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19DEB" w14:textId="77777777" w:rsidR="000A2230" w:rsidRDefault="000A2230">
      <w:pPr>
        <w:spacing w:after="0" w:line="240" w:lineRule="auto"/>
      </w:pPr>
      <w:r>
        <w:separator/>
      </w:r>
    </w:p>
  </w:footnote>
  <w:footnote w:type="continuationSeparator" w:id="0">
    <w:p w14:paraId="1CB65304" w14:textId="77777777" w:rsidR="000A2230" w:rsidRDefault="000A2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1047" w14:textId="0206A5BA" w:rsidR="00116038" w:rsidRDefault="00116038">
    <w:pPr>
      <w:pStyle w:val="Header"/>
    </w:pPr>
    <w:r>
      <w:rPr>
        <w:noProof/>
      </w:rPr>
      <w:drawing>
        <wp:inline distT="0" distB="0" distL="0" distR="0" wp14:anchorId="541072D0" wp14:editId="4E6E9041">
          <wp:extent cx="2599898" cy="537910"/>
          <wp:effectExtent l="0" t="0" r="0" b="0"/>
          <wp:docPr id="17601626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162602" name="Picture 17601626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6372" cy="541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5111690">
    <w:abstractNumId w:val="8"/>
  </w:num>
  <w:num w:numId="2" w16cid:durableId="237905306">
    <w:abstractNumId w:val="6"/>
  </w:num>
  <w:num w:numId="3" w16cid:durableId="2144888782">
    <w:abstractNumId w:val="5"/>
  </w:num>
  <w:num w:numId="4" w16cid:durableId="1646353612">
    <w:abstractNumId w:val="4"/>
  </w:num>
  <w:num w:numId="5" w16cid:durableId="399331410">
    <w:abstractNumId w:val="7"/>
  </w:num>
  <w:num w:numId="6" w16cid:durableId="558593832">
    <w:abstractNumId w:val="3"/>
  </w:num>
  <w:num w:numId="7" w16cid:durableId="1933662180">
    <w:abstractNumId w:val="2"/>
  </w:num>
  <w:num w:numId="8" w16cid:durableId="576672552">
    <w:abstractNumId w:val="1"/>
  </w:num>
  <w:num w:numId="9" w16cid:durableId="212376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702"/>
    <w:rsid w:val="0006063C"/>
    <w:rsid w:val="0007687B"/>
    <w:rsid w:val="000A2230"/>
    <w:rsid w:val="000E57AE"/>
    <w:rsid w:val="000E7799"/>
    <w:rsid w:val="00116038"/>
    <w:rsid w:val="00142C87"/>
    <w:rsid w:val="0015074B"/>
    <w:rsid w:val="00177A23"/>
    <w:rsid w:val="001B5514"/>
    <w:rsid w:val="001C6A00"/>
    <w:rsid w:val="00225DC2"/>
    <w:rsid w:val="00260CDD"/>
    <w:rsid w:val="00263138"/>
    <w:rsid w:val="002671A2"/>
    <w:rsid w:val="0029639D"/>
    <w:rsid w:val="002B3E43"/>
    <w:rsid w:val="002E7962"/>
    <w:rsid w:val="003049E5"/>
    <w:rsid w:val="00326F90"/>
    <w:rsid w:val="003924B3"/>
    <w:rsid w:val="00396FA5"/>
    <w:rsid w:val="003B2960"/>
    <w:rsid w:val="003D391B"/>
    <w:rsid w:val="003E0D3C"/>
    <w:rsid w:val="003E24B8"/>
    <w:rsid w:val="003F1AC7"/>
    <w:rsid w:val="003F5B1B"/>
    <w:rsid w:val="00406850"/>
    <w:rsid w:val="00415790"/>
    <w:rsid w:val="00461622"/>
    <w:rsid w:val="004E2A8F"/>
    <w:rsid w:val="00537531"/>
    <w:rsid w:val="00563360"/>
    <w:rsid w:val="005815DC"/>
    <w:rsid w:val="00583A0A"/>
    <w:rsid w:val="00591A84"/>
    <w:rsid w:val="005D3725"/>
    <w:rsid w:val="005D6D47"/>
    <w:rsid w:val="005E145D"/>
    <w:rsid w:val="00621403"/>
    <w:rsid w:val="006333A1"/>
    <w:rsid w:val="0064137D"/>
    <w:rsid w:val="00656C21"/>
    <w:rsid w:val="006718D2"/>
    <w:rsid w:val="00681597"/>
    <w:rsid w:val="00696B98"/>
    <w:rsid w:val="006A31F2"/>
    <w:rsid w:val="006C2560"/>
    <w:rsid w:val="006D2849"/>
    <w:rsid w:val="00725DB4"/>
    <w:rsid w:val="00751042"/>
    <w:rsid w:val="007D6CC1"/>
    <w:rsid w:val="007E29A6"/>
    <w:rsid w:val="007E2E8C"/>
    <w:rsid w:val="007F6CEE"/>
    <w:rsid w:val="0080639C"/>
    <w:rsid w:val="008112FF"/>
    <w:rsid w:val="00846E0E"/>
    <w:rsid w:val="008A5CD2"/>
    <w:rsid w:val="008C5F02"/>
    <w:rsid w:val="00916B6E"/>
    <w:rsid w:val="009B5986"/>
    <w:rsid w:val="00A240CD"/>
    <w:rsid w:val="00A53717"/>
    <w:rsid w:val="00A57FDB"/>
    <w:rsid w:val="00A67A54"/>
    <w:rsid w:val="00AA1D8D"/>
    <w:rsid w:val="00AA4CA0"/>
    <w:rsid w:val="00AB72A9"/>
    <w:rsid w:val="00B47730"/>
    <w:rsid w:val="00B6619C"/>
    <w:rsid w:val="00BC301D"/>
    <w:rsid w:val="00BE3DB6"/>
    <w:rsid w:val="00C10EF3"/>
    <w:rsid w:val="00C846D2"/>
    <w:rsid w:val="00CA3CD5"/>
    <w:rsid w:val="00CB0664"/>
    <w:rsid w:val="00CC4D49"/>
    <w:rsid w:val="00CF3764"/>
    <w:rsid w:val="00D12670"/>
    <w:rsid w:val="00D5646A"/>
    <w:rsid w:val="00D82FF6"/>
    <w:rsid w:val="00D86C98"/>
    <w:rsid w:val="00DC0717"/>
    <w:rsid w:val="00E1090E"/>
    <w:rsid w:val="00F41AA9"/>
    <w:rsid w:val="00F619CC"/>
    <w:rsid w:val="00F67C4B"/>
    <w:rsid w:val="00F7704A"/>
    <w:rsid w:val="00FC693F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9F9FFC"/>
  <w14:defaultImageDpi w14:val="300"/>
  <w15:docId w15:val="{520037A9-E818-4520-BD06-61F9F89F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005A7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08A9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A7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5A7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41AA9"/>
    <w:pPr>
      <w:spacing w:after="0" w:line="240" w:lineRule="auto"/>
    </w:pPr>
    <w:rPr>
      <w:rFonts w:ascii="Arial" w:eastAsia="Arial" w:hAnsi="Arial"/>
      <w:sz w:val="21"/>
    </w:rPr>
  </w:style>
  <w:style w:type="character" w:styleId="Hyperlink">
    <w:name w:val="Hyperlink"/>
    <w:basedOn w:val="DefaultParagraphFont"/>
    <w:uiPriority w:val="99"/>
    <w:unhideWhenUsed/>
    <w:rsid w:val="00A57F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FD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5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9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986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9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986"/>
    <w:rPr>
      <w:rFonts w:ascii="Arial" w:eastAsia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116038"/>
    <w:pPr>
      <w:spacing w:after="100"/>
    </w:pPr>
  </w:style>
  <w:style w:type="character" w:customStyle="1" w:styleId="rynqvb">
    <w:name w:val="rynqvb"/>
    <w:basedOn w:val="DefaultParagraphFont"/>
    <w:rsid w:val="003F5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2125</Words>
  <Characters>12118</Characters>
  <Application>Microsoft Office Word</Application>
  <DocSecurity>4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Caryn Furlow</dc:creator>
  <cp:keywords/>
  <dc:description>generated by python-docx</dc:description>
  <cp:lastModifiedBy>Louise McAndrew</cp:lastModifiedBy>
  <cp:revision>2</cp:revision>
  <dcterms:created xsi:type="dcterms:W3CDTF">2026-09-23T19:06:00Z</dcterms:created>
  <dcterms:modified xsi:type="dcterms:W3CDTF">2026-09-23T19:06:00Z</dcterms:modified>
  <cp:category/>
</cp:coreProperties>
</file>